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7810A" w14:textId="5E95528B" w:rsidR="00BF0F5A" w:rsidRPr="002C1211" w:rsidRDefault="00F655AD" w:rsidP="002C1211">
      <w:pPr>
        <w:pStyle w:val="Title"/>
      </w:pPr>
      <w:r>
        <w:rPr>
          <w:noProof/>
        </w:rPr>
        <w:drawing>
          <wp:inline distT="0" distB="0" distL="0" distR="0" wp14:anchorId="5841D70C" wp14:editId="7269C775">
            <wp:extent cx="6125468" cy="7985087"/>
            <wp:effectExtent l="0" t="0" r="8890" b="0"/>
            <wp:docPr id="801027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27578" name="Picture 801027578"/>
                    <pic:cNvPicPr/>
                  </pic:nvPicPr>
                  <pic:blipFill>
                    <a:blip r:embed="rId8"/>
                    <a:stretch>
                      <a:fillRect/>
                    </a:stretch>
                  </pic:blipFill>
                  <pic:spPr>
                    <a:xfrm>
                      <a:off x="0" y="0"/>
                      <a:ext cx="6144469" cy="8009857"/>
                    </a:xfrm>
                    <a:prstGeom prst="rect">
                      <a:avLst/>
                    </a:prstGeom>
                  </pic:spPr>
                </pic:pic>
              </a:graphicData>
            </a:graphic>
          </wp:inline>
        </w:drawing>
      </w:r>
      <w:r w:rsidR="00BF0F5A" w:rsidRPr="00963B74">
        <w:rPr>
          <w:rFonts w:ascii="Times New Roman" w:hAnsi="Times New Roman" w:cs="Times New Roman"/>
          <w:b/>
          <w:bCs/>
          <w:color w:val="365F91" w:themeColor="accent1" w:themeShade="BF"/>
          <w:sz w:val="40"/>
          <w:szCs w:val="40"/>
        </w:rPr>
        <w:lastRenderedPageBreak/>
        <w:t>Table of Contents</w:t>
      </w:r>
    </w:p>
    <w:p w14:paraId="3D72D2AB" w14:textId="7EE4AFEC" w:rsidR="00BF0F5A" w:rsidRPr="00963B74" w:rsidRDefault="00BF0F5A" w:rsidP="00BF0F5A">
      <w:pPr>
        <w:rPr>
          <w:rFonts w:ascii="Times New Roman" w:hAnsi="Times New Roman" w:cs="Times New Roman"/>
          <w:b/>
          <w:bCs/>
          <w:color w:val="4F81BD" w:themeColor="accent1"/>
          <w:sz w:val="24"/>
          <w:szCs w:val="24"/>
        </w:rPr>
      </w:pPr>
      <w:r w:rsidRPr="00963B74">
        <w:rPr>
          <w:rFonts w:ascii="Times New Roman" w:hAnsi="Times New Roman" w:cs="Times New Roman"/>
          <w:b/>
          <w:bCs/>
          <w:color w:val="4F81BD" w:themeColor="accent1"/>
          <w:sz w:val="24"/>
          <w:szCs w:val="24"/>
        </w:rPr>
        <w:t>Getting Started</w:t>
      </w:r>
    </w:p>
    <w:p w14:paraId="32706C01" w14:textId="11F717E2" w:rsidR="00BF0F5A" w:rsidRPr="00963B74" w:rsidRDefault="00BF0F5A" w:rsidP="00BF0F5A">
      <w:pPr>
        <w:ind w:firstLine="720"/>
        <w:rPr>
          <w:rFonts w:ascii="Times New Roman" w:hAnsi="Times New Roman" w:cs="Times New Roman"/>
        </w:rPr>
      </w:pPr>
      <w:r w:rsidRPr="00963B74">
        <w:rPr>
          <w:rFonts w:ascii="Times New Roman" w:hAnsi="Times New Roman" w:cs="Times New Roman"/>
        </w:rPr>
        <w:t>Introduction………………………………………………………</w:t>
      </w:r>
      <w:r w:rsid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2</w:t>
      </w:r>
    </w:p>
    <w:p w14:paraId="0C75B7E3" w14:textId="703EC9CD" w:rsidR="00BF0F5A" w:rsidRPr="00963B74" w:rsidRDefault="00BF0F5A" w:rsidP="00BF0F5A">
      <w:pPr>
        <w:rPr>
          <w:rFonts w:ascii="Times New Roman" w:hAnsi="Times New Roman" w:cs="Times New Roman"/>
        </w:rPr>
      </w:pPr>
      <w:r w:rsidRPr="00963B74">
        <w:rPr>
          <w:rFonts w:ascii="Times New Roman" w:hAnsi="Times New Roman" w:cs="Times New Roman"/>
        </w:rPr>
        <w:tab/>
        <w:t>Mountwest Mission, Vision, and Student Organization Mission</w:t>
      </w:r>
      <w:r w:rsidR="00963B74" w:rsidRPr="00963B74">
        <w:rPr>
          <w:rFonts w:ascii="Times New Roman" w:hAnsi="Times New Roman" w:cs="Times New Roman"/>
        </w:rPr>
        <w:t xml:space="preserve"> </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00963B74" w:rsidRP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2</w:t>
      </w:r>
    </w:p>
    <w:p w14:paraId="1FD4D2E8" w14:textId="418B269F" w:rsidR="00BF0F5A" w:rsidRPr="00963B74" w:rsidRDefault="00BF0F5A" w:rsidP="00BF0F5A">
      <w:pPr>
        <w:rPr>
          <w:rFonts w:ascii="Times New Roman" w:hAnsi="Times New Roman" w:cs="Times New Roman"/>
          <w:b/>
          <w:bCs/>
          <w:color w:val="4F81BD" w:themeColor="accent1"/>
          <w:sz w:val="24"/>
          <w:szCs w:val="24"/>
        </w:rPr>
      </w:pPr>
      <w:r w:rsidRPr="00963B74">
        <w:rPr>
          <w:rFonts w:ascii="Times New Roman" w:hAnsi="Times New Roman" w:cs="Times New Roman"/>
          <w:b/>
          <w:bCs/>
          <w:color w:val="4F81BD" w:themeColor="accent1"/>
          <w:sz w:val="24"/>
          <w:szCs w:val="24"/>
        </w:rPr>
        <w:t>Advisor Essentials</w:t>
      </w:r>
    </w:p>
    <w:p w14:paraId="73DB3B78" w14:textId="491978A1" w:rsidR="00BF0F5A" w:rsidRPr="00963B74" w:rsidRDefault="00BF0F5A" w:rsidP="00BF0F5A">
      <w:pPr>
        <w:rPr>
          <w:rFonts w:ascii="Times New Roman" w:hAnsi="Times New Roman" w:cs="Times New Roman"/>
        </w:rPr>
      </w:pPr>
      <w:r w:rsidRPr="00963B74">
        <w:rPr>
          <w:rFonts w:ascii="Times New Roman" w:hAnsi="Times New Roman" w:cs="Times New Roman"/>
        </w:rPr>
        <w:tab/>
        <w:t>Advisor Responsibilities</w:t>
      </w:r>
      <w:r w:rsidR="00963B74" w:rsidRPr="00963B74">
        <w:rPr>
          <w:rFonts w:ascii="Times New Roman" w:hAnsi="Times New Roman" w:cs="Times New Roman"/>
        </w:rPr>
        <w:t xml:space="preserve"> </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proofErr w:type="gramStart"/>
      <w:r w:rsidRPr="00963B74">
        <w:rPr>
          <w:rFonts w:ascii="Times New Roman" w:hAnsi="Times New Roman" w:cs="Times New Roman"/>
        </w:rPr>
        <w:t>…</w:t>
      </w:r>
      <w:r w:rsidR="00963B74" w:rsidRPr="00963B74">
        <w:rPr>
          <w:rFonts w:ascii="Times New Roman" w:hAnsi="Times New Roman" w:cs="Times New Roman"/>
        </w:rPr>
        <w:t>..</w:t>
      </w:r>
      <w:proofErr w:type="gramEnd"/>
      <w:r w:rsidRPr="00963B74">
        <w:rPr>
          <w:rFonts w:ascii="Times New Roman" w:hAnsi="Times New Roman" w:cs="Times New Roman"/>
        </w:rPr>
        <w:t>……</w:t>
      </w:r>
      <w:r w:rsidR="00963B74" w:rsidRPr="00963B74">
        <w:rPr>
          <w:rFonts w:ascii="Times New Roman" w:hAnsi="Times New Roman" w:cs="Times New Roman"/>
        </w:rPr>
        <w:t>2</w:t>
      </w:r>
    </w:p>
    <w:p w14:paraId="7B59ED53" w14:textId="402762BE" w:rsidR="00BF0F5A" w:rsidRPr="00963B74" w:rsidRDefault="00BF0F5A" w:rsidP="00BF0F5A">
      <w:pPr>
        <w:rPr>
          <w:rFonts w:ascii="Times New Roman" w:hAnsi="Times New Roman" w:cs="Times New Roman"/>
        </w:rPr>
      </w:pPr>
      <w:r w:rsidRPr="00963B74">
        <w:rPr>
          <w:rFonts w:ascii="Times New Roman" w:hAnsi="Times New Roman" w:cs="Times New Roman"/>
        </w:rPr>
        <w:tab/>
        <w:t>Advisors Role</w:t>
      </w:r>
      <w:r w:rsidR="00963B74" w:rsidRPr="00963B74">
        <w:rPr>
          <w:rFonts w:ascii="Times New Roman" w:hAnsi="Times New Roman" w:cs="Times New Roman"/>
        </w:rPr>
        <w:t xml:space="preserve"> </w:t>
      </w:r>
      <w:r w:rsidR="00963B74">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3</w:t>
      </w:r>
    </w:p>
    <w:p w14:paraId="17E5C411" w14:textId="17F3D462" w:rsidR="00BF0F5A" w:rsidRPr="00963B74" w:rsidRDefault="00BF0F5A" w:rsidP="00BF0F5A">
      <w:pPr>
        <w:rPr>
          <w:rFonts w:ascii="Times New Roman" w:hAnsi="Times New Roman" w:cs="Times New Roman"/>
        </w:rPr>
      </w:pPr>
      <w:r w:rsidRPr="00963B74">
        <w:rPr>
          <w:rFonts w:ascii="Times New Roman" w:hAnsi="Times New Roman" w:cs="Times New Roman"/>
        </w:rPr>
        <w:tab/>
        <w:t>Keeping Your Club Active</w:t>
      </w:r>
      <w:r w:rsidR="00963B74">
        <w:rPr>
          <w:rFonts w:ascii="Times New Roman" w:hAnsi="Times New Roman" w:cs="Times New Roman"/>
        </w:rPr>
        <w:t xml:space="preserve"> </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00963B74" w:rsidRP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00963B74" w:rsidRPr="00963B74">
        <w:rPr>
          <w:rFonts w:ascii="Times New Roman" w:hAnsi="Times New Roman" w:cs="Times New Roman"/>
        </w:rPr>
        <w:t>4</w:t>
      </w:r>
    </w:p>
    <w:p w14:paraId="149A6B14" w14:textId="5A410913" w:rsidR="00BF0F5A" w:rsidRPr="00963B74" w:rsidRDefault="00BF0F5A" w:rsidP="00BF0F5A">
      <w:pPr>
        <w:rPr>
          <w:rFonts w:ascii="Times New Roman" w:hAnsi="Times New Roman" w:cs="Times New Roman"/>
        </w:rPr>
      </w:pPr>
      <w:r w:rsidRPr="00963B74">
        <w:rPr>
          <w:rFonts w:ascii="Times New Roman" w:hAnsi="Times New Roman" w:cs="Times New Roman"/>
        </w:rPr>
        <w:tab/>
        <w:t>Loss Of Recognition</w:t>
      </w:r>
      <w:r w:rsidR="00963B74" w:rsidRPr="00963B74">
        <w:rPr>
          <w:rFonts w:ascii="Times New Roman" w:hAnsi="Times New Roman" w:cs="Times New Roman"/>
        </w:rPr>
        <w:t xml:space="preserve"> </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5</w:t>
      </w:r>
    </w:p>
    <w:p w14:paraId="6AAC7C77" w14:textId="3AA4B35E" w:rsidR="00BF0F5A" w:rsidRPr="00963B74" w:rsidRDefault="00BF0F5A" w:rsidP="00BF0F5A">
      <w:pPr>
        <w:rPr>
          <w:rFonts w:ascii="Times New Roman" w:hAnsi="Times New Roman" w:cs="Times New Roman"/>
          <w:b/>
          <w:bCs/>
          <w:color w:val="4F81BD" w:themeColor="accent1"/>
        </w:rPr>
      </w:pPr>
      <w:r w:rsidRPr="00963B74">
        <w:rPr>
          <w:rFonts w:ascii="Times New Roman" w:hAnsi="Times New Roman" w:cs="Times New Roman"/>
          <w:b/>
          <w:bCs/>
          <w:color w:val="4F81BD" w:themeColor="accent1"/>
        </w:rPr>
        <w:t>Managing Your Organization</w:t>
      </w:r>
    </w:p>
    <w:p w14:paraId="20ED9C1D" w14:textId="3E7240A9" w:rsidR="00BF0F5A" w:rsidRPr="00963B74" w:rsidRDefault="00BF0F5A" w:rsidP="00BF0F5A">
      <w:pPr>
        <w:rPr>
          <w:rFonts w:ascii="Times New Roman" w:hAnsi="Times New Roman" w:cs="Times New Roman"/>
        </w:rPr>
      </w:pPr>
      <w:r w:rsidRPr="00963B74">
        <w:rPr>
          <w:rFonts w:ascii="Times New Roman" w:hAnsi="Times New Roman" w:cs="Times New Roman"/>
        </w:rPr>
        <w:tab/>
        <w:t>Events Made Easy</w:t>
      </w:r>
      <w:r w:rsidR="00963B74" w:rsidRPr="00963B74">
        <w:rPr>
          <w:rFonts w:ascii="Times New Roman" w:hAnsi="Times New Roman" w:cs="Times New Roman"/>
        </w:rPr>
        <w:t xml:space="preserve"> </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6</w:t>
      </w:r>
    </w:p>
    <w:p w14:paraId="5DD3AA4C" w14:textId="43868FEE" w:rsidR="00BF0F5A" w:rsidRPr="00963B74" w:rsidRDefault="00BF0F5A" w:rsidP="00BF0F5A">
      <w:pPr>
        <w:rPr>
          <w:rFonts w:ascii="Times New Roman" w:hAnsi="Times New Roman" w:cs="Times New Roman"/>
        </w:rPr>
      </w:pPr>
      <w:r w:rsidRPr="00963B74">
        <w:rPr>
          <w:rFonts w:ascii="Times New Roman" w:hAnsi="Times New Roman" w:cs="Times New Roman"/>
        </w:rPr>
        <w:tab/>
        <w:t>Money &amp; Fundraising</w:t>
      </w:r>
      <w:r w:rsidR="00963B74" w:rsidRPr="00963B74">
        <w:rPr>
          <w:rFonts w:ascii="Times New Roman" w:hAnsi="Times New Roman" w:cs="Times New Roman"/>
        </w:rPr>
        <w:t xml:space="preserve"> </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7</w:t>
      </w:r>
    </w:p>
    <w:p w14:paraId="64F734E1" w14:textId="1C4C840A" w:rsidR="00BF0F5A" w:rsidRPr="00963B74" w:rsidRDefault="00BF0F5A" w:rsidP="00BF0F5A">
      <w:pPr>
        <w:rPr>
          <w:rFonts w:ascii="Times New Roman" w:hAnsi="Times New Roman" w:cs="Times New Roman"/>
        </w:rPr>
      </w:pPr>
      <w:r w:rsidRPr="00963B74">
        <w:rPr>
          <w:rFonts w:ascii="Times New Roman" w:hAnsi="Times New Roman" w:cs="Times New Roman"/>
        </w:rPr>
        <w:tab/>
        <w:t>Club Bank Accounts</w:t>
      </w:r>
      <w:r w:rsidR="00963B74" w:rsidRPr="00963B74">
        <w:rPr>
          <w:rFonts w:ascii="Times New Roman" w:hAnsi="Times New Roman" w:cs="Times New Roman"/>
        </w:rPr>
        <w:t xml:space="preserve"> </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w:t>
      </w:r>
      <w:r w:rsidR="009A684C">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7</w:t>
      </w:r>
    </w:p>
    <w:p w14:paraId="1DAD5AD0" w14:textId="1A9199BC" w:rsidR="00BF0F5A" w:rsidRPr="00963B74" w:rsidRDefault="00BF0F5A" w:rsidP="00BF0F5A">
      <w:pPr>
        <w:rPr>
          <w:rFonts w:ascii="Times New Roman" w:hAnsi="Times New Roman" w:cs="Times New Roman"/>
        </w:rPr>
      </w:pPr>
      <w:r w:rsidRPr="00963B74">
        <w:rPr>
          <w:rFonts w:ascii="Times New Roman" w:hAnsi="Times New Roman" w:cs="Times New Roman"/>
        </w:rPr>
        <w:tab/>
        <w:t>Working With Student Leaders ………………………………………</w:t>
      </w:r>
      <w:r w:rsid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9</w:t>
      </w:r>
    </w:p>
    <w:p w14:paraId="5D9C5E15" w14:textId="59361663" w:rsidR="00BF0F5A" w:rsidRPr="00963B74" w:rsidRDefault="00BF0F5A" w:rsidP="00BF0F5A">
      <w:pPr>
        <w:rPr>
          <w:rFonts w:ascii="Times New Roman" w:hAnsi="Times New Roman" w:cs="Times New Roman"/>
        </w:rPr>
      </w:pPr>
      <w:r w:rsidRPr="00963B74">
        <w:rPr>
          <w:rFonts w:ascii="Times New Roman" w:hAnsi="Times New Roman" w:cs="Times New Roman"/>
        </w:rPr>
        <w:tab/>
        <w:t xml:space="preserve">Best Practices </w:t>
      </w:r>
      <w:r w:rsidR="00963B74" w:rsidRPr="00963B74">
        <w:rPr>
          <w:rFonts w:ascii="Times New Roman" w:hAnsi="Times New Roman" w:cs="Times New Roman"/>
        </w:rPr>
        <w:t>for</w:t>
      </w:r>
      <w:r w:rsidRPr="00963B74">
        <w:rPr>
          <w:rFonts w:ascii="Times New Roman" w:hAnsi="Times New Roman" w:cs="Times New Roman"/>
        </w:rPr>
        <w:t xml:space="preserve"> Advisors …………………………………</w:t>
      </w:r>
      <w:r w:rsid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w:t>
      </w:r>
      <w:r w:rsidRPr="00963B74">
        <w:rPr>
          <w:rFonts w:ascii="Times New Roman" w:hAnsi="Times New Roman" w:cs="Times New Roman"/>
        </w:rPr>
        <w:t>…</w:t>
      </w:r>
      <w:r w:rsidR="00963B74" w:rsidRPr="00963B74">
        <w:rPr>
          <w:rFonts w:ascii="Times New Roman" w:hAnsi="Times New Roman" w:cs="Times New Roman"/>
        </w:rPr>
        <w:t>10</w:t>
      </w:r>
    </w:p>
    <w:p w14:paraId="59B8C068" w14:textId="45F1ADD4" w:rsidR="00BF0F5A" w:rsidRPr="00963B74" w:rsidRDefault="00BF0F5A" w:rsidP="00BF0F5A">
      <w:pPr>
        <w:rPr>
          <w:rFonts w:ascii="Times New Roman" w:hAnsi="Times New Roman" w:cs="Times New Roman"/>
          <w:b/>
          <w:bCs/>
          <w:color w:val="4F81BD" w:themeColor="accent1"/>
        </w:rPr>
      </w:pPr>
      <w:r w:rsidRPr="00963B74">
        <w:rPr>
          <w:rFonts w:ascii="Times New Roman" w:hAnsi="Times New Roman" w:cs="Times New Roman"/>
          <w:b/>
          <w:bCs/>
          <w:color w:val="4F81BD" w:themeColor="accent1"/>
        </w:rPr>
        <w:t>Resources</w:t>
      </w:r>
    </w:p>
    <w:p w14:paraId="04D2386A" w14:textId="2099B377" w:rsidR="00BF0F5A" w:rsidRPr="00963B74" w:rsidRDefault="00BF0F5A" w:rsidP="00BF0F5A">
      <w:pPr>
        <w:rPr>
          <w:rFonts w:ascii="Times New Roman" w:hAnsi="Times New Roman" w:cs="Times New Roman"/>
        </w:rPr>
      </w:pPr>
      <w:r w:rsidRPr="00963B74">
        <w:rPr>
          <w:rFonts w:ascii="Times New Roman" w:hAnsi="Times New Roman" w:cs="Times New Roman"/>
        </w:rPr>
        <w:tab/>
        <w:t>Resources &amp; Frequently Asked Questions ………</w:t>
      </w:r>
      <w:r w:rsidRPr="009A684C">
        <w:rPr>
          <w:rFonts w:ascii="Times New Roman" w:hAnsi="Times New Roman" w:cs="Times New Roman"/>
          <w:sz w:val="24"/>
          <w:szCs w:val="24"/>
        </w:rPr>
        <w:t>…</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……..1</w:t>
      </w:r>
      <w:r w:rsidR="00963B74" w:rsidRPr="00963B74">
        <w:rPr>
          <w:rFonts w:ascii="Times New Roman" w:hAnsi="Times New Roman" w:cs="Times New Roman"/>
        </w:rPr>
        <w:t>1</w:t>
      </w:r>
    </w:p>
    <w:p w14:paraId="1D4A4634" w14:textId="62FE0D59" w:rsidR="00BF0F5A" w:rsidRPr="00963B74" w:rsidRDefault="00BF0F5A" w:rsidP="00BF0F5A">
      <w:pPr>
        <w:rPr>
          <w:rFonts w:ascii="Times New Roman" w:hAnsi="Times New Roman" w:cs="Times New Roman"/>
        </w:rPr>
      </w:pPr>
      <w:r w:rsidRPr="00963B74">
        <w:rPr>
          <w:rFonts w:ascii="Times New Roman" w:hAnsi="Times New Roman" w:cs="Times New Roman"/>
        </w:rPr>
        <w:tab/>
        <w:t>Frequently Used Forms ……………………………</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……..1</w:t>
      </w:r>
      <w:r w:rsidR="00963B74" w:rsidRPr="00963B74">
        <w:rPr>
          <w:rFonts w:ascii="Times New Roman" w:hAnsi="Times New Roman" w:cs="Times New Roman"/>
        </w:rPr>
        <w:t>1</w:t>
      </w:r>
    </w:p>
    <w:p w14:paraId="0A058D67" w14:textId="660EDB40" w:rsidR="00BF0F5A" w:rsidRPr="00963B74" w:rsidRDefault="00BF0F5A" w:rsidP="00BF0F5A">
      <w:pPr>
        <w:rPr>
          <w:rFonts w:ascii="Times New Roman" w:hAnsi="Times New Roman" w:cs="Times New Roman"/>
        </w:rPr>
      </w:pPr>
      <w:r w:rsidRPr="00963B74">
        <w:rPr>
          <w:rFonts w:ascii="Times New Roman" w:hAnsi="Times New Roman" w:cs="Times New Roman"/>
        </w:rPr>
        <w:tab/>
        <w:t>Need Assistance? ………………………………………</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………1</w:t>
      </w:r>
      <w:r w:rsidR="00963B74" w:rsidRPr="00963B74">
        <w:rPr>
          <w:rFonts w:ascii="Times New Roman" w:hAnsi="Times New Roman" w:cs="Times New Roman"/>
        </w:rPr>
        <w:t>2</w:t>
      </w:r>
    </w:p>
    <w:p w14:paraId="7BAC33DE" w14:textId="4580A0C6" w:rsidR="00BF0F5A" w:rsidRPr="00963B74" w:rsidRDefault="00963B74" w:rsidP="00BF0F5A">
      <w:pPr>
        <w:rPr>
          <w:rFonts w:ascii="Times New Roman" w:hAnsi="Times New Roman" w:cs="Times New Roman"/>
          <w:b/>
          <w:bCs/>
          <w:color w:val="4F81BD" w:themeColor="accent1"/>
        </w:rPr>
      </w:pPr>
      <w:r w:rsidRPr="00963B74">
        <w:rPr>
          <w:rFonts w:ascii="Times New Roman" w:hAnsi="Times New Roman" w:cs="Times New Roman"/>
          <w:b/>
          <w:bCs/>
          <w:color w:val="4F81BD" w:themeColor="accent1"/>
        </w:rPr>
        <w:t>Appendices</w:t>
      </w:r>
    </w:p>
    <w:p w14:paraId="1E09BC04" w14:textId="1547297A" w:rsidR="00BF0F5A" w:rsidRPr="00963B74" w:rsidRDefault="00BF0F5A" w:rsidP="00BF0F5A">
      <w:pPr>
        <w:rPr>
          <w:rFonts w:ascii="Times New Roman" w:hAnsi="Times New Roman" w:cs="Times New Roman"/>
        </w:rPr>
      </w:pPr>
      <w:r w:rsidRPr="00963B74">
        <w:rPr>
          <w:rFonts w:ascii="Times New Roman" w:hAnsi="Times New Roman" w:cs="Times New Roman"/>
        </w:rPr>
        <w:tab/>
        <w:t>Intent to Organize Form ………………………………………………………</w:t>
      </w:r>
      <w:r w:rsidR="00963B74">
        <w:rPr>
          <w:rFonts w:ascii="Times New Roman" w:hAnsi="Times New Roman" w:cs="Times New Roman"/>
        </w:rPr>
        <w:t>...</w:t>
      </w:r>
      <w:r w:rsidRPr="00963B74">
        <w:rPr>
          <w:rFonts w:ascii="Times New Roman" w:hAnsi="Times New Roman" w:cs="Times New Roman"/>
        </w:rPr>
        <w:t>……</w:t>
      </w:r>
      <w:r w:rsidR="00963B74">
        <w:rPr>
          <w:rFonts w:ascii="Times New Roman" w:hAnsi="Times New Roman" w:cs="Times New Roman"/>
        </w:rPr>
        <w:t>.</w:t>
      </w:r>
      <w:r w:rsidRPr="00963B74">
        <w:rPr>
          <w:rFonts w:ascii="Times New Roman" w:hAnsi="Times New Roman" w:cs="Times New Roman"/>
        </w:rPr>
        <w:t>…1</w:t>
      </w:r>
      <w:r w:rsidR="00963B74" w:rsidRPr="00963B74">
        <w:rPr>
          <w:rFonts w:ascii="Times New Roman" w:hAnsi="Times New Roman" w:cs="Times New Roman"/>
        </w:rPr>
        <w:t>3</w:t>
      </w:r>
    </w:p>
    <w:p w14:paraId="55921C38" w14:textId="2D419BC2" w:rsidR="00BF0F5A" w:rsidRPr="00963B74" w:rsidRDefault="00BF0F5A" w:rsidP="00BF0F5A">
      <w:pPr>
        <w:rPr>
          <w:rFonts w:ascii="Times New Roman" w:hAnsi="Times New Roman" w:cs="Times New Roman"/>
        </w:rPr>
      </w:pPr>
      <w:r w:rsidRPr="00963B74">
        <w:rPr>
          <w:rFonts w:ascii="Times New Roman" w:hAnsi="Times New Roman" w:cs="Times New Roman"/>
        </w:rPr>
        <w:tab/>
        <w:t>New Chartering Form …………………………………………………</w:t>
      </w:r>
      <w:r w:rsidR="00963B74">
        <w:rPr>
          <w:rFonts w:ascii="Times New Roman" w:hAnsi="Times New Roman" w:cs="Times New Roman"/>
        </w:rPr>
        <w:t>..</w:t>
      </w:r>
      <w:r w:rsidRPr="00963B74">
        <w:rPr>
          <w:rFonts w:ascii="Times New Roman" w:hAnsi="Times New Roman" w:cs="Times New Roman"/>
        </w:rPr>
        <w:t>……………….1</w:t>
      </w:r>
      <w:r w:rsidR="00963B74" w:rsidRPr="00963B74">
        <w:rPr>
          <w:rFonts w:ascii="Times New Roman" w:hAnsi="Times New Roman" w:cs="Times New Roman"/>
        </w:rPr>
        <w:t>4</w:t>
      </w:r>
    </w:p>
    <w:p w14:paraId="6CC84F8A" w14:textId="33452660" w:rsidR="00BF0F5A" w:rsidRPr="00963B74" w:rsidRDefault="00BF0F5A" w:rsidP="00BF0F5A">
      <w:pPr>
        <w:rPr>
          <w:rFonts w:ascii="Times New Roman" w:hAnsi="Times New Roman" w:cs="Times New Roman"/>
        </w:rPr>
      </w:pPr>
      <w:r w:rsidRPr="00963B74">
        <w:rPr>
          <w:rFonts w:ascii="Times New Roman" w:hAnsi="Times New Roman" w:cs="Times New Roman"/>
        </w:rPr>
        <w:tab/>
        <w:t>Event Request Form ………………………………………………………………</w:t>
      </w:r>
      <w:r w:rsidR="00963B74">
        <w:rPr>
          <w:rFonts w:ascii="Times New Roman" w:hAnsi="Times New Roman" w:cs="Times New Roman"/>
        </w:rPr>
        <w:t>..</w:t>
      </w:r>
      <w:r w:rsidRPr="00963B74">
        <w:rPr>
          <w:rFonts w:ascii="Times New Roman" w:hAnsi="Times New Roman" w:cs="Times New Roman"/>
        </w:rPr>
        <w:t>……1</w:t>
      </w:r>
      <w:r w:rsidR="00963B74" w:rsidRPr="00963B74">
        <w:rPr>
          <w:rFonts w:ascii="Times New Roman" w:hAnsi="Times New Roman" w:cs="Times New Roman"/>
        </w:rPr>
        <w:t>5</w:t>
      </w:r>
    </w:p>
    <w:p w14:paraId="751CA275" w14:textId="65D5B4D1" w:rsidR="00BF0F5A" w:rsidRPr="00963B74" w:rsidRDefault="00BF0F5A" w:rsidP="00BF0F5A">
      <w:pPr>
        <w:rPr>
          <w:rFonts w:ascii="Times New Roman" w:hAnsi="Times New Roman" w:cs="Times New Roman"/>
        </w:rPr>
      </w:pPr>
      <w:r w:rsidRPr="00963B74">
        <w:rPr>
          <w:rFonts w:ascii="Times New Roman" w:hAnsi="Times New Roman" w:cs="Times New Roman"/>
        </w:rPr>
        <w:tab/>
        <w:t>Club Fund Request Form ……………………………………………………….………</w:t>
      </w:r>
      <w:r w:rsidR="00963B74">
        <w:rPr>
          <w:rFonts w:ascii="Times New Roman" w:hAnsi="Times New Roman" w:cs="Times New Roman"/>
        </w:rPr>
        <w:t>.16</w:t>
      </w:r>
    </w:p>
    <w:p w14:paraId="3B5EBE2B" w14:textId="7F810FC6" w:rsidR="00BF0F5A" w:rsidRPr="00963B74" w:rsidRDefault="00BF0F5A" w:rsidP="00BF0F5A">
      <w:pPr>
        <w:rPr>
          <w:rFonts w:ascii="Times New Roman" w:hAnsi="Times New Roman" w:cs="Times New Roman"/>
        </w:rPr>
      </w:pPr>
      <w:r w:rsidRPr="00963B74">
        <w:rPr>
          <w:rFonts w:ascii="Times New Roman" w:hAnsi="Times New Roman" w:cs="Times New Roman"/>
        </w:rPr>
        <w:tab/>
      </w:r>
      <w:r w:rsidR="00963B74" w:rsidRPr="00963B74">
        <w:rPr>
          <w:rFonts w:ascii="Times New Roman" w:hAnsi="Times New Roman" w:cs="Times New Roman"/>
        </w:rPr>
        <w:t>Outside Donation Request Form ……………………………………………</w:t>
      </w:r>
      <w:r w:rsidR="00963B74">
        <w:rPr>
          <w:rFonts w:ascii="Times New Roman" w:hAnsi="Times New Roman" w:cs="Times New Roman"/>
        </w:rPr>
        <w:t>….</w:t>
      </w:r>
      <w:r w:rsidR="00963B74" w:rsidRPr="00963B74">
        <w:rPr>
          <w:rFonts w:ascii="Times New Roman" w:hAnsi="Times New Roman" w:cs="Times New Roman"/>
        </w:rPr>
        <w:t>………..17</w:t>
      </w:r>
    </w:p>
    <w:p w14:paraId="043D7FFD" w14:textId="77777777" w:rsidR="00BF0F5A" w:rsidRPr="00BF0F5A" w:rsidRDefault="00BF0F5A" w:rsidP="00BF0F5A"/>
    <w:p w14:paraId="657470F1" w14:textId="034F1026" w:rsidR="00BF0F5A" w:rsidRPr="00963B74" w:rsidRDefault="00BF0F5A" w:rsidP="00BF0F5A">
      <w:pPr>
        <w:pStyle w:val="Heading1"/>
        <w:rPr>
          <w:rFonts w:ascii="Times New Roman" w:hAnsi="Times New Roman" w:cs="Times New Roman"/>
          <w:color w:val="4F81BD" w:themeColor="accent1"/>
          <w:sz w:val="40"/>
          <w:szCs w:val="40"/>
        </w:rPr>
      </w:pPr>
      <w:r w:rsidRPr="00963B74">
        <w:rPr>
          <w:rFonts w:ascii="Times New Roman" w:hAnsi="Times New Roman" w:cs="Times New Roman"/>
          <w:color w:val="4F81BD" w:themeColor="accent1"/>
          <w:sz w:val="40"/>
          <w:szCs w:val="40"/>
        </w:rPr>
        <w:t>Introduction</w:t>
      </w:r>
    </w:p>
    <w:p w14:paraId="6F8305B0" w14:textId="491F8765" w:rsidR="006C7E88" w:rsidRPr="00EA68FC" w:rsidRDefault="006C7E88">
      <w:pPr>
        <w:rPr>
          <w:rFonts w:ascii="Times New Roman" w:hAnsi="Times New Roman" w:cs="Times New Roman"/>
          <w:sz w:val="24"/>
          <w:szCs w:val="24"/>
        </w:rPr>
      </w:pPr>
      <w:r w:rsidRPr="00EA68FC">
        <w:rPr>
          <w:rFonts w:ascii="Times New Roman" w:hAnsi="Times New Roman" w:cs="Times New Roman"/>
          <w:b/>
          <w:bCs/>
          <w:sz w:val="24"/>
          <w:szCs w:val="24"/>
        </w:rPr>
        <w:t>Thank you for choosing to make a difference in the lives of Mountwest students by serving as a student organization advisor.</w:t>
      </w:r>
      <w:r w:rsidRPr="00EA68FC">
        <w:rPr>
          <w:rFonts w:ascii="Times New Roman" w:hAnsi="Times New Roman" w:cs="Times New Roman"/>
          <w:sz w:val="24"/>
          <w:szCs w:val="24"/>
        </w:rPr>
        <w:t xml:space="preserve"> Advisors are among the most influential mentors on campus, helping students discover their leadership potential, develop valuable life skills, and create memorable experiences outside the classroom. This toolkit is intended to make your role as an advisor easier by providing a quick reference to the resources, expectations, and procedures that support successful student organizations. Our hope is that this guide equips you with the tools you need while allowing students to take ownership of their organizations and grow through their experiences.</w:t>
      </w:r>
    </w:p>
    <w:p w14:paraId="24BE2729" w14:textId="77777777" w:rsidR="007B0BA5" w:rsidRPr="00EA68FC" w:rsidRDefault="007B0BA5">
      <w:pPr>
        <w:rPr>
          <w:rFonts w:ascii="Times New Roman" w:hAnsi="Times New Roman" w:cs="Times New Roman"/>
          <w:sz w:val="24"/>
          <w:szCs w:val="24"/>
        </w:rPr>
      </w:pPr>
    </w:p>
    <w:p w14:paraId="241014DE" w14:textId="77777777" w:rsidR="008C44D5" w:rsidRPr="00EA68FC" w:rsidRDefault="008C44D5" w:rsidP="008C44D5">
      <w:pPr>
        <w:shd w:val="clear" w:color="auto" w:fill="FFFFFF"/>
        <w:spacing w:after="100" w:afterAutospacing="1" w:line="240" w:lineRule="auto"/>
        <w:rPr>
          <w:rFonts w:ascii="Times New Roman" w:eastAsia="Times New Roman" w:hAnsi="Times New Roman" w:cs="Times New Roman"/>
          <w:b/>
          <w:bCs/>
          <w:color w:val="4F81BD" w:themeColor="accent1"/>
          <w:sz w:val="40"/>
          <w:szCs w:val="40"/>
        </w:rPr>
      </w:pPr>
      <w:r w:rsidRPr="00EA68FC">
        <w:rPr>
          <w:rFonts w:ascii="Times New Roman" w:eastAsia="Times New Roman" w:hAnsi="Times New Roman" w:cs="Times New Roman"/>
          <w:b/>
          <w:bCs/>
          <w:color w:val="4F81BD" w:themeColor="accent1"/>
          <w:sz w:val="40"/>
          <w:szCs w:val="40"/>
        </w:rPr>
        <w:t>Mountwest Mission Statement</w:t>
      </w:r>
    </w:p>
    <w:p w14:paraId="17FD530E" w14:textId="77777777" w:rsidR="008C44D5" w:rsidRPr="00EA68FC" w:rsidRDefault="008C44D5" w:rsidP="008C44D5">
      <w:pPr>
        <w:shd w:val="clear" w:color="auto" w:fill="FFFFFF"/>
        <w:spacing w:after="100" w:afterAutospacing="1" w:line="240" w:lineRule="auto"/>
        <w:rPr>
          <w:rFonts w:ascii="Times New Roman" w:eastAsia="Times New Roman" w:hAnsi="Times New Roman" w:cs="Times New Roman"/>
          <w:color w:val="000000"/>
          <w:sz w:val="24"/>
          <w:szCs w:val="24"/>
        </w:rPr>
      </w:pPr>
      <w:r w:rsidRPr="00EA68FC">
        <w:rPr>
          <w:rFonts w:ascii="Times New Roman" w:eastAsia="Times New Roman" w:hAnsi="Times New Roman" w:cs="Times New Roman"/>
          <w:color w:val="000000"/>
          <w:sz w:val="24"/>
          <w:szCs w:val="24"/>
        </w:rPr>
        <w:t xml:space="preserve">Mountwest empowers students to learn and lead in the community and in the workforce. </w:t>
      </w:r>
    </w:p>
    <w:p w14:paraId="6C6801B9" w14:textId="77777777" w:rsidR="008C44D5" w:rsidRPr="00EA68FC" w:rsidRDefault="008C44D5" w:rsidP="008C44D5">
      <w:pPr>
        <w:shd w:val="clear" w:color="auto" w:fill="FFFFFF"/>
        <w:spacing w:after="100" w:afterAutospacing="1" w:line="240" w:lineRule="auto"/>
        <w:rPr>
          <w:rFonts w:ascii="Times New Roman" w:eastAsia="Times New Roman" w:hAnsi="Times New Roman" w:cs="Times New Roman"/>
          <w:b/>
          <w:bCs/>
          <w:color w:val="000000"/>
          <w:sz w:val="40"/>
          <w:szCs w:val="40"/>
        </w:rPr>
      </w:pPr>
    </w:p>
    <w:p w14:paraId="6D16F48A" w14:textId="77777777" w:rsidR="008C44D5" w:rsidRPr="00EA68FC" w:rsidRDefault="008C44D5" w:rsidP="008C44D5">
      <w:pPr>
        <w:shd w:val="clear" w:color="auto" w:fill="FFFFFF"/>
        <w:spacing w:after="100" w:afterAutospacing="1" w:line="240" w:lineRule="auto"/>
        <w:rPr>
          <w:rFonts w:ascii="Times New Roman" w:hAnsi="Times New Roman" w:cs="Times New Roman"/>
          <w:sz w:val="24"/>
          <w:szCs w:val="24"/>
        </w:rPr>
      </w:pPr>
      <w:r w:rsidRPr="00EA68FC">
        <w:rPr>
          <w:rFonts w:ascii="Times New Roman" w:eastAsia="Times New Roman" w:hAnsi="Times New Roman" w:cs="Times New Roman"/>
          <w:b/>
          <w:bCs/>
          <w:color w:val="4F81BD" w:themeColor="accent1"/>
          <w:sz w:val="40"/>
          <w:szCs w:val="40"/>
        </w:rPr>
        <w:t>Mountwest Vi</w:t>
      </w:r>
      <w:r w:rsidRPr="00EA68FC">
        <w:rPr>
          <w:rFonts w:ascii="Times New Roman" w:hAnsi="Times New Roman" w:cs="Times New Roman"/>
          <w:b/>
          <w:bCs/>
          <w:color w:val="4F81BD" w:themeColor="accent1"/>
          <w:sz w:val="40"/>
          <w:szCs w:val="40"/>
        </w:rPr>
        <w:t>sion</w:t>
      </w:r>
      <w:r w:rsidRPr="00EA68FC">
        <w:rPr>
          <w:rFonts w:ascii="Times New Roman" w:hAnsi="Times New Roman" w:cs="Times New Roman"/>
          <w:color w:val="4F81BD" w:themeColor="accent1"/>
          <w:sz w:val="24"/>
          <w:szCs w:val="24"/>
        </w:rPr>
        <w:br/>
      </w:r>
      <w:r w:rsidRPr="00EA68FC">
        <w:rPr>
          <w:rFonts w:ascii="Times New Roman" w:eastAsia="Times New Roman" w:hAnsi="Times New Roman" w:cs="Times New Roman"/>
          <w:color w:val="000000"/>
          <w:sz w:val="24"/>
          <w:szCs w:val="24"/>
        </w:rPr>
        <w:t>Mountwest makes a positive impact on the lives of our students while providing them with the education and tools to prepare for their future. We inspire, support, and develop students to achieve goals, build positive relationships, and succeed in the workforce.</w:t>
      </w:r>
    </w:p>
    <w:p w14:paraId="24B04659" w14:textId="77777777" w:rsidR="008C44D5" w:rsidRPr="00EA68FC" w:rsidRDefault="008C44D5" w:rsidP="008C44D5">
      <w:pPr>
        <w:rPr>
          <w:rFonts w:ascii="Times New Roman" w:eastAsia="Times New Roman" w:hAnsi="Times New Roman" w:cs="Times New Roman"/>
          <w:b/>
          <w:bCs/>
          <w:color w:val="000000"/>
          <w:sz w:val="24"/>
          <w:szCs w:val="24"/>
        </w:rPr>
      </w:pPr>
    </w:p>
    <w:p w14:paraId="198793AF" w14:textId="77777777" w:rsidR="008C44D5" w:rsidRPr="00EA68FC" w:rsidRDefault="008C44D5" w:rsidP="008C44D5">
      <w:pPr>
        <w:rPr>
          <w:rFonts w:ascii="Times New Roman" w:eastAsia="Times New Roman" w:hAnsi="Times New Roman" w:cs="Times New Roman"/>
          <w:b/>
          <w:bCs/>
          <w:color w:val="4F81BD" w:themeColor="accent1"/>
          <w:sz w:val="40"/>
          <w:szCs w:val="40"/>
        </w:rPr>
      </w:pPr>
      <w:r w:rsidRPr="00EA68FC">
        <w:rPr>
          <w:rFonts w:ascii="Times New Roman" w:eastAsia="Times New Roman" w:hAnsi="Times New Roman" w:cs="Times New Roman"/>
          <w:b/>
          <w:bCs/>
          <w:color w:val="4F81BD" w:themeColor="accent1"/>
          <w:sz w:val="40"/>
          <w:szCs w:val="40"/>
        </w:rPr>
        <w:t>Mission for Student Organizations</w:t>
      </w:r>
    </w:p>
    <w:p w14:paraId="013961C4" w14:textId="77777777" w:rsidR="008C44D5" w:rsidRPr="00EA68FC" w:rsidRDefault="008C44D5" w:rsidP="008C44D5">
      <w:pPr>
        <w:rPr>
          <w:rFonts w:ascii="Times New Roman" w:hAnsi="Times New Roman" w:cs="Times New Roman"/>
          <w:sz w:val="24"/>
          <w:szCs w:val="24"/>
        </w:rPr>
      </w:pPr>
      <w:r w:rsidRPr="00EA68FC">
        <w:rPr>
          <w:rFonts w:ascii="Times New Roman" w:hAnsi="Times New Roman" w:cs="Times New Roman"/>
          <w:sz w:val="24"/>
          <w:szCs w:val="24"/>
        </w:rPr>
        <w:t xml:space="preserve">Our mission for all student organizations is to ensure a positive atmosphere and welcoming environment to any student of any interest. </w:t>
      </w:r>
    </w:p>
    <w:p w14:paraId="3D4F3E26" w14:textId="77777777" w:rsidR="008C44D5" w:rsidRPr="00EA68FC" w:rsidRDefault="008C44D5">
      <w:pPr>
        <w:rPr>
          <w:rFonts w:ascii="Times New Roman" w:hAnsi="Times New Roman" w:cs="Times New Roman"/>
          <w:sz w:val="24"/>
          <w:szCs w:val="24"/>
        </w:rPr>
      </w:pPr>
    </w:p>
    <w:p w14:paraId="735AE63D" w14:textId="77777777" w:rsidR="007B0BA5" w:rsidRPr="00963B74" w:rsidRDefault="007B0BA5" w:rsidP="007B0BA5">
      <w:pPr>
        <w:rPr>
          <w:rFonts w:ascii="Times New Roman" w:eastAsiaTheme="majorEastAsia" w:hAnsi="Times New Roman" w:cs="Times New Roman"/>
          <w:b/>
          <w:bCs/>
          <w:color w:val="4F81BD" w:themeColor="accent1"/>
          <w:sz w:val="40"/>
          <w:szCs w:val="40"/>
        </w:rPr>
      </w:pPr>
      <w:r w:rsidRPr="00963B74">
        <w:rPr>
          <w:rFonts w:ascii="Times New Roman" w:eastAsiaTheme="majorEastAsia" w:hAnsi="Times New Roman" w:cs="Times New Roman"/>
          <w:b/>
          <w:bCs/>
          <w:color w:val="4F81BD" w:themeColor="accent1"/>
          <w:sz w:val="40"/>
          <w:szCs w:val="40"/>
        </w:rPr>
        <w:t>Advisor Responsibilities</w:t>
      </w:r>
    </w:p>
    <w:p w14:paraId="013FA7E0" w14:textId="3F38D22D" w:rsidR="007B0BA5" w:rsidRPr="00EA68FC" w:rsidRDefault="007B0BA5" w:rsidP="007B0BA5">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Student organization advisors play an important role in the success of student organizations by serving as </w:t>
      </w:r>
      <w:r w:rsidRPr="00EA68FC">
        <w:rPr>
          <w:rFonts w:ascii="Times New Roman" w:eastAsiaTheme="majorEastAsia" w:hAnsi="Times New Roman" w:cs="Times New Roman"/>
          <w:b/>
          <w:bCs/>
          <w:sz w:val="24"/>
          <w:szCs w:val="24"/>
        </w:rPr>
        <w:t>mentors, resources, and advocates for student leaders</w:t>
      </w:r>
      <w:r w:rsidRPr="00EA68FC">
        <w:rPr>
          <w:rFonts w:ascii="Times New Roman" w:eastAsiaTheme="majorEastAsia" w:hAnsi="Times New Roman" w:cs="Times New Roman"/>
          <w:sz w:val="24"/>
          <w:szCs w:val="24"/>
        </w:rPr>
        <w:t xml:space="preserve">. Advisors help students develop leadership skills, navigate challenges, and ensure organizations operate in accordance with </w:t>
      </w:r>
      <w:r w:rsidRPr="00EA68FC">
        <w:rPr>
          <w:rFonts w:ascii="Times New Roman" w:eastAsiaTheme="majorEastAsia" w:hAnsi="Times New Roman" w:cs="Times New Roman"/>
          <w:sz w:val="24"/>
          <w:szCs w:val="24"/>
        </w:rPr>
        <w:t>college</w:t>
      </w:r>
      <w:r w:rsidRPr="00EA68FC">
        <w:rPr>
          <w:rFonts w:ascii="Times New Roman" w:eastAsiaTheme="majorEastAsia" w:hAnsi="Times New Roman" w:cs="Times New Roman"/>
          <w:sz w:val="24"/>
          <w:szCs w:val="24"/>
        </w:rPr>
        <w:t xml:space="preserve"> policies and procedures. While advisors </w:t>
      </w:r>
      <w:r w:rsidRPr="00EA68FC">
        <w:rPr>
          <w:rFonts w:ascii="Times New Roman" w:eastAsiaTheme="majorEastAsia" w:hAnsi="Times New Roman" w:cs="Times New Roman"/>
          <w:sz w:val="24"/>
          <w:szCs w:val="24"/>
        </w:rPr>
        <w:lastRenderedPageBreak/>
        <w:t xml:space="preserve">provide guidance and support, student organizations should remain </w:t>
      </w:r>
      <w:r w:rsidRPr="00EA68FC">
        <w:rPr>
          <w:rFonts w:ascii="Times New Roman" w:eastAsiaTheme="majorEastAsia" w:hAnsi="Times New Roman" w:cs="Times New Roman"/>
          <w:b/>
          <w:bCs/>
          <w:sz w:val="24"/>
          <w:szCs w:val="24"/>
        </w:rPr>
        <w:t>student-led</w:t>
      </w:r>
      <w:r w:rsidRPr="00EA68FC">
        <w:rPr>
          <w:rFonts w:ascii="Times New Roman" w:eastAsiaTheme="majorEastAsia" w:hAnsi="Times New Roman" w:cs="Times New Roman"/>
          <w:sz w:val="24"/>
          <w:szCs w:val="24"/>
        </w:rPr>
        <w:t>, allowing members to make decisions, organize activities, and gain valuable leadership experience.</w:t>
      </w:r>
    </w:p>
    <w:p w14:paraId="0217FDA4" w14:textId="77777777" w:rsidR="007B0BA5" w:rsidRPr="00EA68FC" w:rsidRDefault="007B0BA5" w:rsidP="007B0BA5">
      <w:pPr>
        <w:rPr>
          <w:rFonts w:ascii="Times New Roman" w:eastAsiaTheme="majorEastAsia" w:hAnsi="Times New Roman" w:cs="Times New Roman"/>
          <w:b/>
          <w:bCs/>
          <w:sz w:val="24"/>
          <w:szCs w:val="24"/>
        </w:rPr>
      </w:pPr>
      <w:r w:rsidRPr="00EA68FC">
        <w:rPr>
          <w:rFonts w:ascii="Times New Roman" w:eastAsiaTheme="majorEastAsia" w:hAnsi="Times New Roman" w:cs="Times New Roman"/>
          <w:b/>
          <w:bCs/>
          <w:sz w:val="24"/>
          <w:szCs w:val="24"/>
        </w:rPr>
        <w:t>As a student organization advisor, you are expected to:</w:t>
      </w:r>
    </w:p>
    <w:p w14:paraId="6D6A3812" w14:textId="77777777"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Serve as a mentor by providing guidance, encouragement, and leadership development opportunities while allowing students to take ownership of their organization. </w:t>
      </w:r>
    </w:p>
    <w:p w14:paraId="1EF5F86C" w14:textId="77777777"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Promote student success by encouraging active participation, inclusion, collaboration, and a welcoming environment for all students. </w:t>
      </w:r>
    </w:p>
    <w:p w14:paraId="5D480559" w14:textId="77777777"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Support organizational planning by assisting officers with setting goals, planning meetings, developing events, and creating achievable objectives for the academic year. </w:t>
      </w:r>
    </w:p>
    <w:p w14:paraId="2F02176D" w14:textId="1C49D58E"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Attend meetings and events whenever possible to provide support, answer questions, and ensure activities are conducted safely and in accordance with </w:t>
      </w:r>
      <w:r w:rsidRPr="00EA68FC">
        <w:rPr>
          <w:rFonts w:ascii="Times New Roman" w:eastAsiaTheme="majorEastAsia" w:hAnsi="Times New Roman" w:cs="Times New Roman"/>
          <w:sz w:val="24"/>
          <w:szCs w:val="24"/>
        </w:rPr>
        <w:t>college</w:t>
      </w:r>
      <w:r w:rsidRPr="00EA68FC">
        <w:rPr>
          <w:rFonts w:ascii="Times New Roman" w:eastAsiaTheme="majorEastAsia" w:hAnsi="Times New Roman" w:cs="Times New Roman"/>
          <w:sz w:val="24"/>
          <w:szCs w:val="24"/>
        </w:rPr>
        <w:t xml:space="preserve"> policies. </w:t>
      </w:r>
    </w:p>
    <w:p w14:paraId="7E49803E" w14:textId="268F0738"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Review and approve organizational </w:t>
      </w:r>
      <w:r w:rsidRPr="00EA68FC">
        <w:rPr>
          <w:rFonts w:ascii="Times New Roman" w:eastAsiaTheme="majorEastAsia" w:hAnsi="Times New Roman" w:cs="Times New Roman"/>
          <w:sz w:val="24"/>
          <w:szCs w:val="24"/>
        </w:rPr>
        <w:t>expenditure</w:t>
      </w:r>
      <w:r w:rsidRPr="00EA68FC">
        <w:rPr>
          <w:rFonts w:ascii="Times New Roman" w:eastAsiaTheme="majorEastAsia" w:hAnsi="Times New Roman" w:cs="Times New Roman"/>
          <w:sz w:val="24"/>
          <w:szCs w:val="24"/>
        </w:rPr>
        <w:t xml:space="preserve"> when required and encourage responsible financial management in accordance with the Student Organization Handbook. </w:t>
      </w:r>
    </w:p>
    <w:p w14:paraId="64C9CDF2" w14:textId="77777777"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Assist with event planning and risk management by ensuring required forms are submitted on time, College procedures are followed, and events provide a positive experience for participants. </w:t>
      </w:r>
    </w:p>
    <w:p w14:paraId="2CEEADD5" w14:textId="2F01328F"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Maintain communication with the Student Engagement Coordinator regarding advisor changes, organizational concerns, leadership transitions, or questions related to </w:t>
      </w:r>
      <w:r w:rsidRPr="00EA68FC">
        <w:rPr>
          <w:rFonts w:ascii="Times New Roman" w:eastAsiaTheme="majorEastAsia" w:hAnsi="Times New Roman" w:cs="Times New Roman"/>
          <w:sz w:val="24"/>
          <w:szCs w:val="24"/>
        </w:rPr>
        <w:t>college</w:t>
      </w:r>
      <w:r w:rsidRPr="00EA68FC">
        <w:rPr>
          <w:rFonts w:ascii="Times New Roman" w:eastAsiaTheme="majorEastAsia" w:hAnsi="Times New Roman" w:cs="Times New Roman"/>
          <w:sz w:val="24"/>
          <w:szCs w:val="24"/>
        </w:rPr>
        <w:t xml:space="preserve"> policies. </w:t>
      </w:r>
    </w:p>
    <w:p w14:paraId="5B8F93F4" w14:textId="77777777"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Model professionalism and ethical leadership by demonstrating respect, integrity, accountability, and appropriate conduct while serving as a representative of Mountwest Community &amp; Technical College. </w:t>
      </w:r>
    </w:p>
    <w:p w14:paraId="2E2BCDBC" w14:textId="77777777" w:rsidR="007B0BA5" w:rsidRPr="00EA68FC" w:rsidRDefault="007B0BA5" w:rsidP="007B0BA5">
      <w:pPr>
        <w:numPr>
          <w:ilvl w:val="0"/>
          <w:numId w:val="10"/>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Encourage officer development by helping student leaders build communication, problem-solving, teamwork, and organizational skills that will benefit them beyond their college experience. </w:t>
      </w:r>
    </w:p>
    <w:p w14:paraId="155CBFAF" w14:textId="77777777" w:rsidR="007B0BA5" w:rsidRPr="00EA68FC" w:rsidRDefault="007B0BA5" w:rsidP="007B0BA5">
      <w:pPr>
        <w:rPr>
          <w:rFonts w:ascii="Times New Roman" w:eastAsiaTheme="majorEastAsia" w:hAnsi="Times New Roman" w:cs="Times New Roman"/>
          <w:sz w:val="24"/>
          <w:szCs w:val="24"/>
        </w:rPr>
      </w:pPr>
    </w:p>
    <w:p w14:paraId="618073D2" w14:textId="77777777" w:rsidR="007B0BA5" w:rsidRPr="00EA68FC" w:rsidRDefault="007B0BA5" w:rsidP="007B0BA5">
      <w:pPr>
        <w:rPr>
          <w:rFonts w:ascii="Times New Roman" w:eastAsiaTheme="majorEastAsia" w:hAnsi="Times New Roman" w:cs="Times New Roman"/>
          <w:b/>
          <w:bCs/>
          <w:color w:val="4F81BD" w:themeColor="accent1"/>
          <w:sz w:val="40"/>
          <w:szCs w:val="40"/>
        </w:rPr>
      </w:pPr>
      <w:r w:rsidRPr="00EA68FC">
        <w:rPr>
          <w:rFonts w:ascii="Times New Roman" w:eastAsiaTheme="majorEastAsia" w:hAnsi="Times New Roman" w:cs="Times New Roman"/>
          <w:b/>
          <w:bCs/>
          <w:color w:val="4F81BD" w:themeColor="accent1"/>
          <w:sz w:val="40"/>
          <w:szCs w:val="40"/>
        </w:rPr>
        <w:t>Advisor's Role</w:t>
      </w:r>
    </w:p>
    <w:p w14:paraId="17E826EB" w14:textId="77777777" w:rsidR="007B0BA5" w:rsidRPr="00EA68FC" w:rsidRDefault="007B0BA5" w:rsidP="007B0BA5">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lastRenderedPageBreak/>
        <w:t xml:space="preserve">An advisor's responsibility is to </w:t>
      </w:r>
      <w:r w:rsidRPr="00EA68FC">
        <w:rPr>
          <w:rFonts w:ascii="Times New Roman" w:eastAsiaTheme="majorEastAsia" w:hAnsi="Times New Roman" w:cs="Times New Roman"/>
          <w:b/>
          <w:bCs/>
          <w:sz w:val="24"/>
          <w:szCs w:val="24"/>
        </w:rPr>
        <w:t>guide, mentor, and support</w:t>
      </w:r>
      <w:r w:rsidRPr="00EA68FC">
        <w:rPr>
          <w:rFonts w:ascii="Times New Roman" w:eastAsiaTheme="majorEastAsia" w:hAnsi="Times New Roman" w:cs="Times New Roman"/>
          <w:sz w:val="24"/>
          <w:szCs w:val="24"/>
        </w:rPr>
        <w:t xml:space="preserve">—not to manage the organization. Student organizations are designed to be </w:t>
      </w:r>
      <w:r w:rsidRPr="00EA68FC">
        <w:rPr>
          <w:rFonts w:ascii="Times New Roman" w:eastAsiaTheme="majorEastAsia" w:hAnsi="Times New Roman" w:cs="Times New Roman"/>
          <w:b/>
          <w:bCs/>
          <w:sz w:val="24"/>
          <w:szCs w:val="24"/>
        </w:rPr>
        <w:t>student-led,</w:t>
      </w:r>
      <w:r w:rsidRPr="00EA68FC">
        <w:rPr>
          <w:rFonts w:ascii="Times New Roman" w:eastAsiaTheme="majorEastAsia" w:hAnsi="Times New Roman" w:cs="Times New Roman"/>
          <w:sz w:val="24"/>
          <w:szCs w:val="24"/>
        </w:rPr>
        <w:t xml:space="preserve"> providing members with opportunities to make decisions, solve problems, and develop leadership skills through hands-on experience. Advisors should encourage thoughtful decision-making, ask questions that help students evaluate their options, and provide recommendations when needed while allowing students to take responsibility for the organization's success.</w:t>
      </w:r>
    </w:p>
    <w:p w14:paraId="7262DC69" w14:textId="223249C2" w:rsidR="00F655AD" w:rsidRPr="00EA68FC" w:rsidRDefault="007B0BA5" w:rsidP="007B0BA5">
      <w:pPr>
        <w:ind w:left="720"/>
        <w:rPr>
          <w:rFonts w:ascii="Times New Roman" w:eastAsiaTheme="majorEastAsia" w:hAnsi="Times New Roman" w:cs="Times New Roman"/>
          <w:b/>
          <w:bCs/>
          <w:sz w:val="24"/>
          <w:szCs w:val="24"/>
        </w:rPr>
      </w:pPr>
      <w:r w:rsidRPr="00EA68FC">
        <w:rPr>
          <w:rFonts w:ascii="Times New Roman" w:eastAsiaTheme="majorEastAsia" w:hAnsi="Times New Roman" w:cs="Times New Roman"/>
          <w:b/>
          <w:bCs/>
          <w:color w:val="4F81BD" w:themeColor="accent1"/>
          <w:sz w:val="32"/>
          <w:szCs w:val="32"/>
        </w:rPr>
        <w:t>Advisor Tip:</w:t>
      </w:r>
      <w:r w:rsidRPr="00EA68FC">
        <w:rPr>
          <w:rFonts w:ascii="Times New Roman" w:eastAsiaTheme="majorEastAsia" w:hAnsi="Times New Roman" w:cs="Times New Roman"/>
          <w:b/>
          <w:bCs/>
          <w:color w:val="4F81BD" w:themeColor="accent1"/>
          <w:sz w:val="24"/>
          <w:szCs w:val="24"/>
        </w:rPr>
        <w:t xml:space="preserve"> </w:t>
      </w:r>
      <w:r w:rsidRPr="00EA68FC">
        <w:rPr>
          <w:rFonts w:ascii="Times New Roman" w:eastAsiaTheme="majorEastAsia" w:hAnsi="Times New Roman" w:cs="Times New Roman"/>
          <w:b/>
          <w:bCs/>
          <w:sz w:val="24"/>
          <w:szCs w:val="24"/>
        </w:rPr>
        <w:t>The most successful advisors empower students to lead by asking guiding questions instead of providing all the answers. Allowing students to learn through experience builds confidence, accountability, and leadership skills.</w:t>
      </w:r>
    </w:p>
    <w:p w14:paraId="20074144" w14:textId="77777777" w:rsidR="007B0BA5" w:rsidRPr="00EA68FC" w:rsidRDefault="007B0BA5" w:rsidP="007B0BA5">
      <w:pPr>
        <w:ind w:left="720"/>
        <w:rPr>
          <w:rFonts w:ascii="Times New Roman" w:eastAsiaTheme="majorEastAsia" w:hAnsi="Times New Roman" w:cs="Times New Roman"/>
          <w:b/>
          <w:bCs/>
          <w:sz w:val="24"/>
          <w:szCs w:val="24"/>
        </w:rPr>
      </w:pPr>
    </w:p>
    <w:p w14:paraId="7BEEE132" w14:textId="77777777" w:rsidR="00163489" w:rsidRPr="00EA68FC" w:rsidRDefault="00000000">
      <w:pPr>
        <w:pStyle w:val="Heading1"/>
        <w:rPr>
          <w:rFonts w:ascii="Times New Roman" w:hAnsi="Times New Roman" w:cs="Times New Roman"/>
          <w:sz w:val="40"/>
          <w:szCs w:val="40"/>
        </w:rPr>
      </w:pPr>
      <w:r w:rsidRPr="00EA68FC">
        <w:rPr>
          <w:rFonts w:ascii="Times New Roman" w:hAnsi="Times New Roman" w:cs="Times New Roman"/>
          <w:sz w:val="40"/>
          <w:szCs w:val="40"/>
        </w:rPr>
        <w:t>Keeping Your Club Active</w:t>
      </w:r>
    </w:p>
    <w:p w14:paraId="164237EC" w14:textId="77777777" w:rsidR="00163489" w:rsidRPr="00EA68FC" w:rsidRDefault="00000000">
      <w:pPr>
        <w:rPr>
          <w:rFonts w:ascii="Times New Roman" w:hAnsi="Times New Roman" w:cs="Times New Roman"/>
          <w:sz w:val="24"/>
          <w:szCs w:val="24"/>
        </w:rPr>
      </w:pPr>
      <w:r w:rsidRPr="00EA68FC">
        <w:rPr>
          <w:rFonts w:ascii="Times New Roman" w:hAnsi="Times New Roman" w:cs="Times New Roman"/>
          <w:sz w:val="24"/>
          <w:szCs w:val="24"/>
        </w:rPr>
        <w:t>Ensure the club maintains active membership, holds regular meetings, participates in Club Crawl, hosts campus programming and service, keeps governing documents current, and attends Advisor/President meetings as described in the Student Organization Handbook.</w:t>
      </w:r>
    </w:p>
    <w:p w14:paraId="25D10EDC" w14:textId="58BEDB03" w:rsidR="00F655AD" w:rsidRPr="00EA68FC" w:rsidRDefault="007F7916">
      <w:pPr>
        <w:rPr>
          <w:rFonts w:ascii="Times New Roman" w:hAnsi="Times New Roman" w:cs="Times New Roman"/>
          <w:sz w:val="24"/>
          <w:szCs w:val="24"/>
        </w:rPr>
      </w:pPr>
      <w:r w:rsidRPr="00EA68FC">
        <w:rPr>
          <w:rFonts w:ascii="Times New Roman" w:hAnsi="Times New Roman" w:cs="Times New Roman"/>
          <w:sz w:val="24"/>
          <w:szCs w:val="24"/>
        </w:rPr>
        <w:t>It is required that Student Clubs/Organizations maintain:</w:t>
      </w:r>
    </w:p>
    <w:p w14:paraId="67149A3F" w14:textId="50CEA39C" w:rsidR="007F7916" w:rsidRPr="00EA68FC" w:rsidRDefault="007F7916" w:rsidP="00D0591D">
      <w:pPr>
        <w:pStyle w:val="ListParagraph"/>
        <w:numPr>
          <w:ilvl w:val="1"/>
          <w:numId w:val="23"/>
        </w:numPr>
        <w:rPr>
          <w:rFonts w:ascii="Times New Roman" w:hAnsi="Times New Roman" w:cs="Times New Roman"/>
          <w:sz w:val="24"/>
          <w:szCs w:val="24"/>
        </w:rPr>
      </w:pPr>
      <w:r w:rsidRPr="00EA68FC">
        <w:rPr>
          <w:rFonts w:ascii="Times New Roman" w:hAnsi="Times New Roman" w:cs="Times New Roman"/>
          <w:sz w:val="24"/>
          <w:szCs w:val="24"/>
        </w:rPr>
        <w:t>Student Organizations must maintain a minimum of three (3) currently enrolled student members and one (1) active faculty or staff member.</w:t>
      </w:r>
    </w:p>
    <w:p w14:paraId="5B1A93BC" w14:textId="5E81D711" w:rsidR="007F7916" w:rsidRPr="00EA68FC" w:rsidRDefault="007F7916" w:rsidP="00D0591D">
      <w:pPr>
        <w:pStyle w:val="ListParagraph"/>
        <w:numPr>
          <w:ilvl w:val="1"/>
          <w:numId w:val="23"/>
        </w:numPr>
        <w:rPr>
          <w:rFonts w:ascii="Times New Roman" w:hAnsi="Times New Roman" w:cs="Times New Roman"/>
          <w:sz w:val="24"/>
          <w:szCs w:val="24"/>
        </w:rPr>
      </w:pPr>
      <w:r w:rsidRPr="00EA68FC">
        <w:rPr>
          <w:rFonts w:ascii="Times New Roman" w:hAnsi="Times New Roman" w:cs="Times New Roman"/>
          <w:sz w:val="24"/>
          <w:szCs w:val="24"/>
        </w:rPr>
        <w:t>(Any</w:t>
      </w:r>
      <w:r w:rsidR="008C44D5" w:rsidRPr="00EA68FC">
        <w:rPr>
          <w:rFonts w:ascii="Times New Roman" w:hAnsi="Times New Roman" w:cs="Times New Roman"/>
          <w:sz w:val="24"/>
          <w:szCs w:val="24"/>
        </w:rPr>
        <w:t xml:space="preserve"> changes to membership or advisor status should be reported to the Student Engagement Coordinator)</w:t>
      </w:r>
    </w:p>
    <w:p w14:paraId="3CE5FF59" w14:textId="22677290" w:rsidR="008C44D5" w:rsidRPr="00EA68FC" w:rsidRDefault="008C44D5" w:rsidP="00D0591D">
      <w:pPr>
        <w:pStyle w:val="ListParagraph"/>
        <w:numPr>
          <w:ilvl w:val="1"/>
          <w:numId w:val="23"/>
        </w:numPr>
        <w:rPr>
          <w:rFonts w:ascii="Times New Roman" w:hAnsi="Times New Roman" w:cs="Times New Roman"/>
          <w:sz w:val="24"/>
          <w:szCs w:val="24"/>
        </w:rPr>
      </w:pPr>
      <w:r w:rsidRPr="00EA68FC">
        <w:rPr>
          <w:rFonts w:ascii="Times New Roman" w:hAnsi="Times New Roman" w:cs="Times New Roman"/>
          <w:sz w:val="24"/>
          <w:szCs w:val="24"/>
        </w:rPr>
        <w:t>Student Organizations are expected to participate in Club Crawl/Family Fun Night or other officially designated student involvement events each Fall and Spring semester unless otherwise approved by the Student Engagement Coordinator.</w:t>
      </w:r>
    </w:p>
    <w:p w14:paraId="6515ACD2" w14:textId="75A2BE73" w:rsidR="00D0591D" w:rsidRPr="00EA68FC" w:rsidRDefault="008C44D5" w:rsidP="00D0591D">
      <w:pPr>
        <w:pStyle w:val="ListParagraph"/>
        <w:numPr>
          <w:ilvl w:val="1"/>
          <w:numId w:val="23"/>
        </w:numPr>
        <w:rPr>
          <w:rFonts w:ascii="Times New Roman" w:hAnsi="Times New Roman" w:cs="Times New Roman"/>
          <w:sz w:val="24"/>
          <w:szCs w:val="24"/>
        </w:rPr>
      </w:pPr>
      <w:r w:rsidRPr="00EA68FC">
        <w:rPr>
          <w:rFonts w:ascii="Times New Roman" w:hAnsi="Times New Roman" w:cs="Times New Roman"/>
          <w:sz w:val="24"/>
          <w:szCs w:val="24"/>
        </w:rPr>
        <w:t>Organizations should actively recruit members and maintain a visible presence on campus.</w:t>
      </w:r>
    </w:p>
    <w:p w14:paraId="6E376DE1" w14:textId="77777777" w:rsidR="00D0591D" w:rsidRPr="00EA68FC" w:rsidRDefault="00BD2194" w:rsidP="00D0591D">
      <w:pPr>
        <w:pStyle w:val="ListParagraph"/>
        <w:numPr>
          <w:ilvl w:val="1"/>
          <w:numId w:val="23"/>
        </w:numPr>
        <w:rPr>
          <w:rFonts w:ascii="Times New Roman" w:hAnsi="Times New Roman" w:cs="Times New Roman"/>
          <w:sz w:val="24"/>
          <w:szCs w:val="24"/>
        </w:rPr>
      </w:pPr>
      <w:r w:rsidRPr="00EA68FC">
        <w:rPr>
          <w:rFonts w:ascii="Times New Roman" w:hAnsi="Times New Roman" w:cs="Times New Roman"/>
          <w:sz w:val="24"/>
          <w:szCs w:val="24"/>
        </w:rPr>
        <w:t xml:space="preserve">On the third Wednesday of each month (excluding August, December, January, and May), a meeting will be held either in person or via Microsoft Teams to provide a monthly check-in regarding club progress, concerns, updates, and questions. In the event the Club Advisor can’t attend, then the club president or another designated officer may attend in their place. If they are unable to attend, then you must email the Student Engagement Coordinator immediately. The Student Body President and the Student Engagement Coordinator will be in attendance of these </w:t>
      </w:r>
      <w:r w:rsidRPr="00EA68FC">
        <w:rPr>
          <w:rFonts w:ascii="Times New Roman" w:hAnsi="Times New Roman" w:cs="Times New Roman"/>
          <w:sz w:val="24"/>
          <w:szCs w:val="24"/>
        </w:rPr>
        <w:lastRenderedPageBreak/>
        <w:t xml:space="preserve">meetings. The dates are listed </w:t>
      </w:r>
      <w:r w:rsidRPr="00EA68FC">
        <w:rPr>
          <w:rFonts w:ascii="Times New Roman" w:hAnsi="Times New Roman" w:cs="Times New Roman"/>
          <w:sz w:val="24"/>
          <w:szCs w:val="24"/>
        </w:rPr>
        <w:t>here,</w:t>
      </w:r>
      <w:r w:rsidRPr="00EA68FC">
        <w:rPr>
          <w:rFonts w:ascii="Times New Roman" w:hAnsi="Times New Roman" w:cs="Times New Roman"/>
          <w:sz w:val="24"/>
          <w:szCs w:val="24"/>
        </w:rPr>
        <w:t xml:space="preserve"> and the Student Engagement Coordinator will send out a reminder email as well. </w:t>
      </w:r>
    </w:p>
    <w:p w14:paraId="25775CA8" w14:textId="77777777" w:rsidR="00D0591D" w:rsidRPr="00EA68FC" w:rsidRDefault="00BD2194" w:rsidP="00D0591D">
      <w:pPr>
        <w:pStyle w:val="ListParagraph"/>
        <w:numPr>
          <w:ilvl w:val="2"/>
          <w:numId w:val="23"/>
        </w:numPr>
        <w:rPr>
          <w:rFonts w:ascii="Times New Roman" w:hAnsi="Times New Roman" w:cs="Times New Roman"/>
          <w:sz w:val="24"/>
          <w:szCs w:val="24"/>
        </w:rPr>
      </w:pPr>
      <w:r w:rsidRPr="00EA68FC">
        <w:rPr>
          <w:rFonts w:ascii="Times New Roman" w:hAnsi="Times New Roman" w:cs="Times New Roman"/>
          <w:b/>
          <w:bCs/>
          <w:sz w:val="24"/>
          <w:szCs w:val="24"/>
        </w:rPr>
        <w:t>September 17</w:t>
      </w:r>
      <w:r w:rsidRPr="00EA68FC">
        <w:rPr>
          <w:rFonts w:ascii="Times New Roman" w:hAnsi="Times New Roman" w:cs="Times New Roman"/>
          <w:b/>
          <w:bCs/>
          <w:sz w:val="24"/>
          <w:szCs w:val="24"/>
          <w:vertAlign w:val="superscript"/>
        </w:rPr>
        <w:t>th</w:t>
      </w:r>
      <w:r w:rsidRPr="00EA68FC">
        <w:rPr>
          <w:rFonts w:ascii="Times New Roman" w:hAnsi="Times New Roman" w:cs="Times New Roman"/>
          <w:b/>
          <w:bCs/>
          <w:sz w:val="24"/>
          <w:szCs w:val="24"/>
        </w:rPr>
        <w:t xml:space="preserve"> </w:t>
      </w:r>
    </w:p>
    <w:p w14:paraId="3D367A2F" w14:textId="77777777" w:rsidR="00D0591D" w:rsidRPr="00EA68FC" w:rsidRDefault="00BD2194" w:rsidP="00D0591D">
      <w:pPr>
        <w:pStyle w:val="ListParagraph"/>
        <w:numPr>
          <w:ilvl w:val="2"/>
          <w:numId w:val="23"/>
        </w:numPr>
        <w:rPr>
          <w:rFonts w:ascii="Times New Roman" w:hAnsi="Times New Roman" w:cs="Times New Roman"/>
          <w:sz w:val="24"/>
          <w:szCs w:val="24"/>
        </w:rPr>
      </w:pPr>
      <w:r w:rsidRPr="00EA68FC">
        <w:rPr>
          <w:rFonts w:ascii="Times New Roman" w:hAnsi="Times New Roman" w:cs="Times New Roman"/>
          <w:b/>
          <w:bCs/>
          <w:sz w:val="24"/>
          <w:szCs w:val="24"/>
        </w:rPr>
        <w:t>October 15</w:t>
      </w:r>
      <w:r w:rsidRPr="00EA68FC">
        <w:rPr>
          <w:rFonts w:ascii="Times New Roman" w:hAnsi="Times New Roman" w:cs="Times New Roman"/>
          <w:b/>
          <w:bCs/>
          <w:sz w:val="24"/>
          <w:szCs w:val="24"/>
          <w:vertAlign w:val="superscript"/>
        </w:rPr>
        <w:t>th</w:t>
      </w:r>
    </w:p>
    <w:p w14:paraId="0DAB5DC3" w14:textId="77777777" w:rsidR="00D0591D" w:rsidRPr="00EA68FC" w:rsidRDefault="00BD2194" w:rsidP="00D0591D">
      <w:pPr>
        <w:pStyle w:val="ListParagraph"/>
        <w:numPr>
          <w:ilvl w:val="2"/>
          <w:numId w:val="23"/>
        </w:numPr>
        <w:rPr>
          <w:rFonts w:ascii="Times New Roman" w:hAnsi="Times New Roman" w:cs="Times New Roman"/>
          <w:sz w:val="24"/>
          <w:szCs w:val="24"/>
        </w:rPr>
      </w:pPr>
      <w:r w:rsidRPr="00EA68FC">
        <w:rPr>
          <w:rFonts w:ascii="Times New Roman" w:hAnsi="Times New Roman" w:cs="Times New Roman"/>
          <w:b/>
          <w:bCs/>
          <w:sz w:val="24"/>
          <w:szCs w:val="24"/>
        </w:rPr>
        <w:t>November 19</w:t>
      </w:r>
      <w:r w:rsidRPr="00EA68FC">
        <w:rPr>
          <w:rFonts w:ascii="Times New Roman" w:hAnsi="Times New Roman" w:cs="Times New Roman"/>
          <w:b/>
          <w:bCs/>
          <w:sz w:val="24"/>
          <w:szCs w:val="24"/>
          <w:vertAlign w:val="superscript"/>
        </w:rPr>
        <w:t>th</w:t>
      </w:r>
    </w:p>
    <w:p w14:paraId="21AEA893" w14:textId="77777777" w:rsidR="00D0591D" w:rsidRPr="00EA68FC" w:rsidRDefault="00BD2194" w:rsidP="00D0591D">
      <w:pPr>
        <w:pStyle w:val="ListParagraph"/>
        <w:numPr>
          <w:ilvl w:val="2"/>
          <w:numId w:val="23"/>
        </w:numPr>
        <w:rPr>
          <w:rFonts w:ascii="Times New Roman" w:hAnsi="Times New Roman" w:cs="Times New Roman"/>
          <w:sz w:val="24"/>
          <w:szCs w:val="24"/>
        </w:rPr>
      </w:pPr>
      <w:r w:rsidRPr="00EA68FC">
        <w:rPr>
          <w:rFonts w:ascii="Times New Roman" w:hAnsi="Times New Roman" w:cs="Times New Roman"/>
          <w:b/>
          <w:bCs/>
          <w:sz w:val="24"/>
          <w:szCs w:val="24"/>
        </w:rPr>
        <w:t>February 18</w:t>
      </w:r>
      <w:r w:rsidRPr="00EA68FC">
        <w:rPr>
          <w:rFonts w:ascii="Times New Roman" w:hAnsi="Times New Roman" w:cs="Times New Roman"/>
          <w:b/>
          <w:bCs/>
          <w:sz w:val="24"/>
          <w:szCs w:val="24"/>
          <w:vertAlign w:val="superscript"/>
        </w:rPr>
        <w:t>th</w:t>
      </w:r>
    </w:p>
    <w:p w14:paraId="1A2E0119" w14:textId="77777777" w:rsidR="00D0591D" w:rsidRPr="00EA68FC" w:rsidRDefault="00BD2194" w:rsidP="00D0591D">
      <w:pPr>
        <w:pStyle w:val="ListParagraph"/>
        <w:numPr>
          <w:ilvl w:val="2"/>
          <w:numId w:val="23"/>
        </w:numPr>
        <w:rPr>
          <w:rFonts w:ascii="Times New Roman" w:hAnsi="Times New Roman" w:cs="Times New Roman"/>
          <w:sz w:val="24"/>
          <w:szCs w:val="24"/>
        </w:rPr>
      </w:pPr>
      <w:r w:rsidRPr="00EA68FC">
        <w:rPr>
          <w:rFonts w:ascii="Times New Roman" w:hAnsi="Times New Roman" w:cs="Times New Roman"/>
          <w:b/>
          <w:bCs/>
          <w:sz w:val="24"/>
          <w:szCs w:val="24"/>
        </w:rPr>
        <w:t>March 18</w:t>
      </w:r>
      <w:r w:rsidRPr="00EA68FC">
        <w:rPr>
          <w:rFonts w:ascii="Times New Roman" w:hAnsi="Times New Roman" w:cs="Times New Roman"/>
          <w:b/>
          <w:bCs/>
          <w:sz w:val="24"/>
          <w:szCs w:val="24"/>
          <w:vertAlign w:val="superscript"/>
        </w:rPr>
        <w:t>th</w:t>
      </w:r>
    </w:p>
    <w:p w14:paraId="58C868DD" w14:textId="37DC5177" w:rsidR="008C44D5" w:rsidRPr="00EA68FC" w:rsidRDefault="00BD2194" w:rsidP="00D0591D">
      <w:pPr>
        <w:pStyle w:val="ListParagraph"/>
        <w:numPr>
          <w:ilvl w:val="2"/>
          <w:numId w:val="23"/>
        </w:numPr>
        <w:rPr>
          <w:rFonts w:ascii="Times New Roman" w:hAnsi="Times New Roman" w:cs="Times New Roman"/>
          <w:sz w:val="24"/>
          <w:szCs w:val="24"/>
        </w:rPr>
      </w:pPr>
      <w:r w:rsidRPr="00EA68FC">
        <w:rPr>
          <w:rFonts w:ascii="Times New Roman" w:hAnsi="Times New Roman" w:cs="Times New Roman"/>
          <w:b/>
          <w:bCs/>
          <w:sz w:val="24"/>
          <w:szCs w:val="24"/>
        </w:rPr>
        <w:t>April 15</w:t>
      </w:r>
      <w:r w:rsidRPr="00EA68FC">
        <w:rPr>
          <w:rFonts w:ascii="Times New Roman" w:hAnsi="Times New Roman" w:cs="Times New Roman"/>
          <w:b/>
          <w:bCs/>
          <w:sz w:val="24"/>
          <w:szCs w:val="24"/>
          <w:vertAlign w:val="superscript"/>
        </w:rPr>
        <w:t>th</w:t>
      </w:r>
    </w:p>
    <w:p w14:paraId="5EAA80CB" w14:textId="77777777" w:rsidR="00D0591D" w:rsidRPr="00EA68FC" w:rsidRDefault="00BD2194" w:rsidP="00D0591D">
      <w:pPr>
        <w:pStyle w:val="ListParagraph"/>
        <w:numPr>
          <w:ilvl w:val="1"/>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Each recognized student organization must sponsor or</w:t>
      </w:r>
      <w:r w:rsidRPr="00EA68FC">
        <w:rPr>
          <w:rFonts w:ascii="Times New Roman" w:hAnsi="Times New Roman" w:cs="Times New Roman"/>
          <w:sz w:val="24"/>
          <w:szCs w:val="24"/>
        </w:rPr>
        <w:t xml:space="preserve"> </w:t>
      </w:r>
      <w:r w:rsidRPr="00EA68FC">
        <w:rPr>
          <w:rFonts w:ascii="Times New Roman" w:hAnsi="Times New Roman" w:cs="Times New Roman"/>
          <w:sz w:val="24"/>
          <w:szCs w:val="24"/>
        </w:rPr>
        <w:t>participate in at least one campus-wide event and one service activity per semester that benefits the Mountwest community.</w:t>
      </w:r>
    </w:p>
    <w:p w14:paraId="2AC59984" w14:textId="77777777" w:rsidR="00D0591D" w:rsidRPr="00EA68FC" w:rsidRDefault="00BD2194" w:rsidP="00D0591D">
      <w:pPr>
        <w:pStyle w:val="ListParagraph"/>
        <w:numPr>
          <w:ilvl w:val="2"/>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w:t>
      </w:r>
      <w:r w:rsidRPr="00EA68FC">
        <w:rPr>
          <w:rFonts w:ascii="Times New Roman" w:hAnsi="Times New Roman" w:cs="Times New Roman"/>
          <w:sz w:val="24"/>
          <w:szCs w:val="24"/>
        </w:rPr>
        <w:t>Exceptions may be granted for organizations whose primary purpose or accreditation requirements differ from this expectation.</w:t>
      </w:r>
      <w:r w:rsidRPr="00EA68FC">
        <w:rPr>
          <w:rFonts w:ascii="Times New Roman" w:hAnsi="Times New Roman" w:cs="Times New Roman"/>
          <w:sz w:val="24"/>
          <w:szCs w:val="24"/>
        </w:rPr>
        <w:t>)</w:t>
      </w:r>
    </w:p>
    <w:p w14:paraId="65E41175" w14:textId="0AAD05D6" w:rsidR="00BD2194" w:rsidRPr="00EA68FC" w:rsidRDefault="00BD2194" w:rsidP="00D0591D">
      <w:pPr>
        <w:pStyle w:val="ListParagraph"/>
        <w:numPr>
          <w:ilvl w:val="1"/>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Organizations should conduct meetings on a regular basis, with a minimum of one meeting per month during the fall and spring semesters.</w:t>
      </w:r>
    </w:p>
    <w:p w14:paraId="58CFF65D" w14:textId="7F712E32" w:rsidR="00D0591D" w:rsidRPr="00EA68FC" w:rsidRDefault="00BD2194" w:rsidP="00D0591D">
      <w:pPr>
        <w:pStyle w:val="ListParagraph"/>
        <w:numPr>
          <w:ilvl w:val="1"/>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Meeting schedules should be communicated to members and updated as needed.</w:t>
      </w:r>
    </w:p>
    <w:p w14:paraId="0D4D3850" w14:textId="2AC814BA" w:rsidR="00BD2194" w:rsidRPr="00EA68FC" w:rsidRDefault="00BD2194" w:rsidP="00D0591D">
      <w:pPr>
        <w:pStyle w:val="ListParagraph"/>
        <w:numPr>
          <w:ilvl w:val="1"/>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Current copies of the organization’s Constitution, Bylaws, officer roster, advisor information, and any amendments must be submitted to the Student Engagement Coordinator.</w:t>
      </w:r>
    </w:p>
    <w:p w14:paraId="36B0FED5" w14:textId="77777777" w:rsidR="00D0591D" w:rsidRPr="00EA68FC" w:rsidRDefault="00BD2194" w:rsidP="00D0591D">
      <w:pPr>
        <w:pStyle w:val="ListParagraph"/>
        <w:numPr>
          <w:ilvl w:val="2"/>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w:t>
      </w:r>
      <w:r w:rsidRPr="00EA68FC">
        <w:rPr>
          <w:rFonts w:ascii="Times New Roman" w:hAnsi="Times New Roman" w:cs="Times New Roman"/>
          <w:sz w:val="24"/>
          <w:szCs w:val="24"/>
        </w:rPr>
        <w:t>Any changes to governing documents or leadership should be reported within 30 days.</w:t>
      </w:r>
      <w:r w:rsidRPr="00EA68FC">
        <w:rPr>
          <w:rFonts w:ascii="Times New Roman" w:hAnsi="Times New Roman" w:cs="Times New Roman"/>
          <w:sz w:val="24"/>
          <w:szCs w:val="24"/>
        </w:rPr>
        <w:t>)</w:t>
      </w:r>
    </w:p>
    <w:p w14:paraId="6881DC39" w14:textId="34062E13" w:rsidR="00BD2194" w:rsidRPr="00EA68FC" w:rsidRDefault="00BD2194" w:rsidP="00D0591D">
      <w:pPr>
        <w:pStyle w:val="ListParagraph"/>
        <w:numPr>
          <w:ilvl w:val="1"/>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Organizations must operate in accordance with all Mountwest Community &amp; Technical College policies, including the Student Code of Conduct, Anti-Hazing Policy, financial guidelines, and event procedures.</w:t>
      </w:r>
    </w:p>
    <w:p w14:paraId="58EA73C3" w14:textId="6C2256C2" w:rsidR="00BD2194" w:rsidRPr="00EA68FC" w:rsidRDefault="00BD2194" w:rsidP="00D0591D">
      <w:pPr>
        <w:pStyle w:val="ListParagraph"/>
        <w:numPr>
          <w:ilvl w:val="1"/>
          <w:numId w:val="2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Organizations are responsible for ensuring that all members conduct themselves in a manner that reflects positively on the College.</w:t>
      </w:r>
    </w:p>
    <w:p w14:paraId="1C1B6442" w14:textId="77777777" w:rsidR="00BD2194" w:rsidRPr="00EA68FC" w:rsidRDefault="00BD2194" w:rsidP="00BD2194">
      <w:pPr>
        <w:spacing w:after="160" w:line="259" w:lineRule="auto"/>
        <w:ind w:left="720"/>
        <w:rPr>
          <w:rFonts w:ascii="Times New Roman" w:hAnsi="Times New Roman" w:cs="Times New Roman"/>
          <w:sz w:val="24"/>
          <w:szCs w:val="24"/>
        </w:rPr>
      </w:pPr>
    </w:p>
    <w:p w14:paraId="2DE54BCE" w14:textId="77777777" w:rsidR="00BD2194" w:rsidRPr="00EA68FC" w:rsidRDefault="00BD2194" w:rsidP="00BD2194">
      <w:pPr>
        <w:rPr>
          <w:rFonts w:ascii="Times New Roman" w:hAnsi="Times New Roman" w:cs="Times New Roman"/>
          <w:b/>
          <w:bCs/>
          <w:color w:val="4F81BD" w:themeColor="accent1"/>
          <w:sz w:val="40"/>
          <w:szCs w:val="40"/>
        </w:rPr>
      </w:pPr>
      <w:r w:rsidRPr="00EA68FC">
        <w:rPr>
          <w:rFonts w:ascii="Times New Roman" w:hAnsi="Times New Roman" w:cs="Times New Roman"/>
          <w:b/>
          <w:bCs/>
          <w:color w:val="4F81BD" w:themeColor="accent1"/>
          <w:sz w:val="40"/>
          <w:szCs w:val="40"/>
        </w:rPr>
        <w:t>Loss of Recognition</w:t>
      </w:r>
    </w:p>
    <w:p w14:paraId="5099E265" w14:textId="77777777" w:rsidR="00BD2194" w:rsidRPr="00EA68FC" w:rsidRDefault="00BD2194" w:rsidP="00BD2194">
      <w:pPr>
        <w:rPr>
          <w:rFonts w:ascii="Times New Roman" w:hAnsi="Times New Roman" w:cs="Times New Roman"/>
          <w:sz w:val="24"/>
          <w:szCs w:val="24"/>
        </w:rPr>
      </w:pPr>
      <w:r w:rsidRPr="00EA68FC">
        <w:rPr>
          <w:rFonts w:ascii="Times New Roman" w:hAnsi="Times New Roman" w:cs="Times New Roman"/>
          <w:sz w:val="24"/>
          <w:szCs w:val="24"/>
        </w:rPr>
        <w:t>An organization may be placed on probation, suspended, or have its recognition revoked if it:</w:t>
      </w:r>
    </w:p>
    <w:p w14:paraId="3A8F1E40" w14:textId="77777777" w:rsidR="00BD2194" w:rsidRPr="00EA68FC" w:rsidRDefault="00BD2194" w:rsidP="00BD2194">
      <w:pPr>
        <w:numPr>
          <w:ilvl w:val="0"/>
          <w:numId w:val="1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Fails to maintain the minimum membership or advisor requirements.</w:t>
      </w:r>
    </w:p>
    <w:p w14:paraId="1F8843C3" w14:textId="77777777" w:rsidR="00BD2194" w:rsidRPr="00EA68FC" w:rsidRDefault="00BD2194" w:rsidP="00BD2194">
      <w:pPr>
        <w:numPr>
          <w:ilvl w:val="0"/>
          <w:numId w:val="1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Fails to meet participation or programming expectations without prior approval.</w:t>
      </w:r>
    </w:p>
    <w:p w14:paraId="499C4065" w14:textId="77777777" w:rsidR="00BD2194" w:rsidRPr="00EA68FC" w:rsidRDefault="00BD2194" w:rsidP="00BD2194">
      <w:pPr>
        <w:numPr>
          <w:ilvl w:val="0"/>
          <w:numId w:val="1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Violates College policies or procedures.</w:t>
      </w:r>
    </w:p>
    <w:p w14:paraId="0A5F3125" w14:textId="77777777" w:rsidR="00BD2194" w:rsidRPr="00EA68FC" w:rsidRDefault="00BD2194" w:rsidP="00BD2194">
      <w:pPr>
        <w:numPr>
          <w:ilvl w:val="0"/>
          <w:numId w:val="1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Engages in conduct that jeopardizes the safety or well-being of students or the campus community.</w:t>
      </w:r>
    </w:p>
    <w:p w14:paraId="00ED12BD" w14:textId="77777777" w:rsidR="00BD2194" w:rsidRPr="00EA68FC" w:rsidRDefault="00BD2194" w:rsidP="00BD2194">
      <w:pPr>
        <w:numPr>
          <w:ilvl w:val="0"/>
          <w:numId w:val="13"/>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Fails to comply with financial reporting or administrative requirements.</w:t>
      </w:r>
    </w:p>
    <w:p w14:paraId="21F49C47" w14:textId="77777777" w:rsidR="00BD2194" w:rsidRPr="00EA68FC" w:rsidRDefault="00BD2194" w:rsidP="00BD2194">
      <w:pPr>
        <w:rPr>
          <w:rFonts w:ascii="Times New Roman" w:hAnsi="Times New Roman" w:cs="Times New Roman"/>
          <w:sz w:val="24"/>
          <w:szCs w:val="24"/>
        </w:rPr>
      </w:pPr>
      <w:r w:rsidRPr="00EA68FC">
        <w:rPr>
          <w:rFonts w:ascii="Times New Roman" w:hAnsi="Times New Roman" w:cs="Times New Roman"/>
          <w:sz w:val="24"/>
          <w:szCs w:val="24"/>
        </w:rPr>
        <w:lastRenderedPageBreak/>
        <w:t>Whenever practical, organizations will receive written notice of deficiencies and be given an opportunity to correct them before recognition is revoked. In cases involving serious misconduct or immediate safety concerns, the College reserves the right to suspend or revoke recognition immediately.</w:t>
      </w:r>
    </w:p>
    <w:p w14:paraId="482BB7F6" w14:textId="60799E62" w:rsidR="00F655AD" w:rsidRPr="00EA68FC" w:rsidRDefault="00BD2194">
      <w:pPr>
        <w:rPr>
          <w:rFonts w:ascii="Times New Roman" w:hAnsi="Times New Roman" w:cs="Times New Roman"/>
          <w:sz w:val="24"/>
          <w:szCs w:val="24"/>
        </w:rPr>
      </w:pPr>
      <w:r w:rsidRPr="00EA68FC">
        <w:rPr>
          <w:rFonts w:ascii="Times New Roman" w:hAnsi="Times New Roman" w:cs="Times New Roman"/>
          <w:sz w:val="24"/>
          <w:szCs w:val="24"/>
        </w:rPr>
        <w:t>Organizations that lose recognition may reapply during the following academic semester by submitting the required documentation and demonstrating compliance with college policies and procedures.</w:t>
      </w:r>
    </w:p>
    <w:p w14:paraId="05681CD9" w14:textId="77777777" w:rsidR="00163489" w:rsidRPr="00EA68FC" w:rsidRDefault="00000000">
      <w:pPr>
        <w:pStyle w:val="Heading1"/>
        <w:rPr>
          <w:rFonts w:ascii="Times New Roman" w:hAnsi="Times New Roman" w:cs="Times New Roman"/>
          <w:sz w:val="40"/>
          <w:szCs w:val="40"/>
        </w:rPr>
      </w:pPr>
      <w:r w:rsidRPr="00EA68FC">
        <w:rPr>
          <w:rFonts w:ascii="Times New Roman" w:hAnsi="Times New Roman" w:cs="Times New Roman"/>
          <w:sz w:val="40"/>
          <w:szCs w:val="40"/>
        </w:rPr>
        <w:t>Events Made Easy</w:t>
      </w:r>
    </w:p>
    <w:p w14:paraId="06276895" w14:textId="77777777" w:rsidR="00163489" w:rsidRPr="00EA68FC" w:rsidRDefault="00000000">
      <w:pPr>
        <w:rPr>
          <w:rFonts w:ascii="Times New Roman" w:hAnsi="Times New Roman" w:cs="Times New Roman"/>
          <w:sz w:val="24"/>
          <w:szCs w:val="24"/>
        </w:rPr>
      </w:pPr>
      <w:r w:rsidRPr="00EA68FC">
        <w:rPr>
          <w:rFonts w:ascii="Times New Roman" w:hAnsi="Times New Roman" w:cs="Times New Roman"/>
          <w:sz w:val="24"/>
          <w:szCs w:val="24"/>
        </w:rPr>
        <w:t>Submit Event Request Forms at least two weeks in advance, coordinate room reservations, marketing, food, volunteers, and complete post-event reflection.</w:t>
      </w:r>
    </w:p>
    <w:p w14:paraId="11B86D5E" w14:textId="77777777" w:rsidR="00D0591D" w:rsidRPr="00EA68FC" w:rsidRDefault="00D0591D" w:rsidP="00D0591D">
      <w:pPr>
        <w:rPr>
          <w:rFonts w:ascii="Times New Roman" w:hAnsi="Times New Roman" w:cs="Times New Roman"/>
          <w:b/>
          <w:bCs/>
          <w:color w:val="4F81BD" w:themeColor="accent1"/>
          <w:sz w:val="32"/>
          <w:szCs w:val="32"/>
        </w:rPr>
      </w:pPr>
      <w:r w:rsidRPr="00EA68FC">
        <w:rPr>
          <w:rFonts w:ascii="Times New Roman" w:hAnsi="Times New Roman" w:cs="Times New Roman"/>
          <w:b/>
          <w:bCs/>
          <w:color w:val="4F81BD" w:themeColor="accent1"/>
          <w:sz w:val="32"/>
          <w:szCs w:val="32"/>
        </w:rPr>
        <w:t>Step-by-step timeline</w:t>
      </w:r>
    </w:p>
    <w:p w14:paraId="6B486C23" w14:textId="4A745EAC"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b/>
          <w:bCs/>
          <w:sz w:val="24"/>
          <w:szCs w:val="24"/>
        </w:rPr>
        <w:t>4</w:t>
      </w:r>
      <w:r w:rsidRPr="00EA68FC">
        <w:rPr>
          <w:rFonts w:ascii="Times New Roman" w:hAnsi="Times New Roman" w:cs="Times New Roman"/>
          <w:b/>
          <w:bCs/>
          <w:sz w:val="24"/>
          <w:szCs w:val="24"/>
        </w:rPr>
        <w:t xml:space="preserve"> Weeks Before</w:t>
      </w:r>
    </w:p>
    <w:p w14:paraId="6862D258" w14:textId="1153D6EC" w:rsidR="00D0591D" w:rsidRPr="00EA68FC" w:rsidRDefault="00D0591D" w:rsidP="00D0591D">
      <w:pPr>
        <w:numPr>
          <w:ilvl w:val="0"/>
          <w:numId w:val="15"/>
        </w:numPr>
        <w:rPr>
          <w:rFonts w:ascii="Times New Roman" w:hAnsi="Times New Roman" w:cs="Times New Roman"/>
          <w:sz w:val="24"/>
          <w:szCs w:val="24"/>
        </w:rPr>
      </w:pPr>
      <w:r w:rsidRPr="00EA68FC">
        <w:rPr>
          <w:rFonts w:ascii="Times New Roman" w:hAnsi="Times New Roman" w:cs="Times New Roman"/>
          <w:sz w:val="24"/>
          <w:szCs w:val="24"/>
        </w:rPr>
        <w:t xml:space="preserve">Brainstorm ideas </w:t>
      </w:r>
    </w:p>
    <w:p w14:paraId="6E944473" w14:textId="77777777"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b/>
          <w:bCs/>
          <w:sz w:val="24"/>
          <w:szCs w:val="24"/>
        </w:rPr>
        <w:t>2 Weeks</w:t>
      </w:r>
    </w:p>
    <w:p w14:paraId="4912D4DB" w14:textId="77777777" w:rsidR="00D0591D" w:rsidRPr="00EA68FC" w:rsidRDefault="00D0591D" w:rsidP="00D0591D">
      <w:pPr>
        <w:numPr>
          <w:ilvl w:val="0"/>
          <w:numId w:val="17"/>
        </w:numPr>
        <w:rPr>
          <w:rFonts w:ascii="Times New Roman" w:hAnsi="Times New Roman" w:cs="Times New Roman"/>
          <w:sz w:val="24"/>
          <w:szCs w:val="24"/>
        </w:rPr>
      </w:pPr>
      <w:r w:rsidRPr="00EA68FC">
        <w:rPr>
          <w:rFonts w:ascii="Times New Roman" w:hAnsi="Times New Roman" w:cs="Times New Roman"/>
          <w:sz w:val="24"/>
          <w:szCs w:val="24"/>
        </w:rPr>
        <w:t xml:space="preserve">Event Request Form </w:t>
      </w:r>
    </w:p>
    <w:p w14:paraId="727CB0BE" w14:textId="77777777" w:rsidR="00D0591D" w:rsidRPr="00EA68FC" w:rsidRDefault="00D0591D" w:rsidP="00D0591D">
      <w:pPr>
        <w:numPr>
          <w:ilvl w:val="0"/>
          <w:numId w:val="17"/>
        </w:numPr>
        <w:rPr>
          <w:rFonts w:ascii="Times New Roman" w:hAnsi="Times New Roman" w:cs="Times New Roman"/>
          <w:sz w:val="24"/>
          <w:szCs w:val="24"/>
        </w:rPr>
      </w:pPr>
      <w:r w:rsidRPr="00EA68FC">
        <w:rPr>
          <w:rFonts w:ascii="Times New Roman" w:hAnsi="Times New Roman" w:cs="Times New Roman"/>
          <w:sz w:val="24"/>
          <w:szCs w:val="24"/>
        </w:rPr>
        <w:t xml:space="preserve">Supplies </w:t>
      </w:r>
    </w:p>
    <w:p w14:paraId="36E13617" w14:textId="5E20A50B" w:rsidR="00D0591D" w:rsidRPr="00EA68FC" w:rsidRDefault="00D0591D" w:rsidP="00D0591D">
      <w:pPr>
        <w:numPr>
          <w:ilvl w:val="0"/>
          <w:numId w:val="17"/>
        </w:numPr>
        <w:rPr>
          <w:rFonts w:ascii="Times New Roman" w:hAnsi="Times New Roman" w:cs="Times New Roman"/>
          <w:sz w:val="24"/>
          <w:szCs w:val="24"/>
        </w:rPr>
      </w:pPr>
      <w:r w:rsidRPr="00EA68FC">
        <w:rPr>
          <w:rFonts w:ascii="Times New Roman" w:hAnsi="Times New Roman" w:cs="Times New Roman"/>
          <w:sz w:val="24"/>
          <w:szCs w:val="24"/>
        </w:rPr>
        <w:t xml:space="preserve">Reserve space </w:t>
      </w:r>
    </w:p>
    <w:p w14:paraId="3B6D5958" w14:textId="18F68847" w:rsidR="00D0591D" w:rsidRPr="00EA68FC" w:rsidRDefault="00D0591D" w:rsidP="00D0591D">
      <w:pPr>
        <w:numPr>
          <w:ilvl w:val="0"/>
          <w:numId w:val="17"/>
        </w:numPr>
        <w:rPr>
          <w:rFonts w:ascii="Times New Roman" w:hAnsi="Times New Roman" w:cs="Times New Roman"/>
          <w:sz w:val="24"/>
          <w:szCs w:val="24"/>
        </w:rPr>
      </w:pPr>
      <w:r w:rsidRPr="00EA68FC">
        <w:rPr>
          <w:rFonts w:ascii="Times New Roman" w:hAnsi="Times New Roman" w:cs="Times New Roman"/>
          <w:sz w:val="24"/>
          <w:szCs w:val="24"/>
        </w:rPr>
        <w:t>Marketing</w:t>
      </w:r>
    </w:p>
    <w:p w14:paraId="34956B66" w14:textId="77777777"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b/>
          <w:bCs/>
          <w:sz w:val="24"/>
          <w:szCs w:val="24"/>
        </w:rPr>
        <w:t>1 Week</w:t>
      </w:r>
    </w:p>
    <w:p w14:paraId="634603FD" w14:textId="77777777" w:rsidR="00D0591D" w:rsidRPr="00EA68FC" w:rsidRDefault="00D0591D" w:rsidP="00D0591D">
      <w:pPr>
        <w:numPr>
          <w:ilvl w:val="0"/>
          <w:numId w:val="18"/>
        </w:numPr>
        <w:rPr>
          <w:rFonts w:ascii="Times New Roman" w:hAnsi="Times New Roman" w:cs="Times New Roman"/>
          <w:sz w:val="24"/>
          <w:szCs w:val="24"/>
        </w:rPr>
      </w:pPr>
      <w:r w:rsidRPr="00EA68FC">
        <w:rPr>
          <w:rFonts w:ascii="Times New Roman" w:hAnsi="Times New Roman" w:cs="Times New Roman"/>
          <w:sz w:val="24"/>
          <w:szCs w:val="24"/>
        </w:rPr>
        <w:t xml:space="preserve">Volunteer assignments </w:t>
      </w:r>
    </w:p>
    <w:p w14:paraId="376621BC" w14:textId="5ADC0096" w:rsidR="00D0591D" w:rsidRPr="00EA68FC" w:rsidRDefault="00D0591D" w:rsidP="00D0591D">
      <w:pPr>
        <w:numPr>
          <w:ilvl w:val="0"/>
          <w:numId w:val="18"/>
        </w:numPr>
        <w:rPr>
          <w:rFonts w:ascii="Times New Roman" w:hAnsi="Times New Roman" w:cs="Times New Roman"/>
          <w:sz w:val="24"/>
          <w:szCs w:val="24"/>
        </w:rPr>
      </w:pPr>
      <w:r w:rsidRPr="00EA68FC">
        <w:rPr>
          <w:rFonts w:ascii="Times New Roman" w:hAnsi="Times New Roman" w:cs="Times New Roman"/>
          <w:sz w:val="24"/>
          <w:szCs w:val="24"/>
        </w:rPr>
        <w:t>Event material checklist</w:t>
      </w:r>
    </w:p>
    <w:p w14:paraId="1013FC3F" w14:textId="77777777"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b/>
          <w:bCs/>
          <w:sz w:val="24"/>
          <w:szCs w:val="24"/>
        </w:rPr>
        <w:t>Day of Event</w:t>
      </w:r>
    </w:p>
    <w:p w14:paraId="69C0AF9C" w14:textId="77777777" w:rsidR="00D0591D" w:rsidRPr="00EA68FC" w:rsidRDefault="00D0591D" w:rsidP="00D0591D">
      <w:pPr>
        <w:numPr>
          <w:ilvl w:val="0"/>
          <w:numId w:val="19"/>
        </w:numPr>
        <w:rPr>
          <w:rFonts w:ascii="Times New Roman" w:hAnsi="Times New Roman" w:cs="Times New Roman"/>
          <w:sz w:val="24"/>
          <w:szCs w:val="24"/>
        </w:rPr>
      </w:pPr>
      <w:r w:rsidRPr="00EA68FC">
        <w:rPr>
          <w:rFonts w:ascii="Times New Roman" w:hAnsi="Times New Roman" w:cs="Times New Roman"/>
          <w:sz w:val="24"/>
          <w:szCs w:val="24"/>
        </w:rPr>
        <w:t xml:space="preserve">Advisor checklist </w:t>
      </w:r>
    </w:p>
    <w:p w14:paraId="7BFFE60F" w14:textId="44833C14" w:rsidR="00D0591D" w:rsidRPr="00EA68FC" w:rsidRDefault="00D0591D" w:rsidP="00D0591D">
      <w:pPr>
        <w:numPr>
          <w:ilvl w:val="0"/>
          <w:numId w:val="19"/>
        </w:numPr>
        <w:rPr>
          <w:rFonts w:ascii="Times New Roman" w:hAnsi="Times New Roman" w:cs="Times New Roman"/>
          <w:sz w:val="24"/>
          <w:szCs w:val="24"/>
        </w:rPr>
      </w:pPr>
      <w:r w:rsidRPr="00EA68FC">
        <w:rPr>
          <w:rFonts w:ascii="Times New Roman" w:hAnsi="Times New Roman" w:cs="Times New Roman"/>
          <w:sz w:val="24"/>
          <w:szCs w:val="24"/>
        </w:rPr>
        <w:t>Run the event!</w:t>
      </w:r>
    </w:p>
    <w:p w14:paraId="201DF2C1" w14:textId="77777777"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b/>
          <w:bCs/>
          <w:sz w:val="24"/>
          <w:szCs w:val="24"/>
        </w:rPr>
        <w:t>After Event</w:t>
      </w:r>
    </w:p>
    <w:p w14:paraId="37F68BFD" w14:textId="77777777" w:rsidR="00D0591D" w:rsidRPr="00EA68FC" w:rsidRDefault="00D0591D" w:rsidP="00D0591D">
      <w:pPr>
        <w:numPr>
          <w:ilvl w:val="0"/>
          <w:numId w:val="20"/>
        </w:numPr>
        <w:rPr>
          <w:rFonts w:ascii="Times New Roman" w:hAnsi="Times New Roman" w:cs="Times New Roman"/>
          <w:sz w:val="24"/>
          <w:szCs w:val="24"/>
        </w:rPr>
      </w:pPr>
      <w:r w:rsidRPr="00EA68FC">
        <w:rPr>
          <w:rFonts w:ascii="Times New Roman" w:hAnsi="Times New Roman" w:cs="Times New Roman"/>
          <w:sz w:val="24"/>
          <w:szCs w:val="24"/>
        </w:rPr>
        <w:t xml:space="preserve">Reflection </w:t>
      </w:r>
    </w:p>
    <w:p w14:paraId="08653365" w14:textId="77777777" w:rsidR="00D0591D" w:rsidRPr="00EA68FC" w:rsidRDefault="00D0591D" w:rsidP="00D0591D">
      <w:pPr>
        <w:numPr>
          <w:ilvl w:val="0"/>
          <w:numId w:val="20"/>
        </w:numPr>
        <w:rPr>
          <w:rFonts w:ascii="Times New Roman" w:hAnsi="Times New Roman" w:cs="Times New Roman"/>
          <w:sz w:val="24"/>
          <w:szCs w:val="24"/>
        </w:rPr>
      </w:pPr>
      <w:r w:rsidRPr="00EA68FC">
        <w:rPr>
          <w:rFonts w:ascii="Times New Roman" w:hAnsi="Times New Roman" w:cs="Times New Roman"/>
          <w:sz w:val="24"/>
          <w:szCs w:val="24"/>
        </w:rPr>
        <w:lastRenderedPageBreak/>
        <w:t xml:space="preserve">Attendance </w:t>
      </w:r>
    </w:p>
    <w:p w14:paraId="2D714BEF" w14:textId="77777777" w:rsidR="00D0591D" w:rsidRPr="00EA68FC" w:rsidRDefault="00D0591D" w:rsidP="00D0591D">
      <w:pPr>
        <w:numPr>
          <w:ilvl w:val="0"/>
          <w:numId w:val="20"/>
        </w:numPr>
        <w:rPr>
          <w:rFonts w:ascii="Times New Roman" w:hAnsi="Times New Roman" w:cs="Times New Roman"/>
          <w:sz w:val="24"/>
          <w:szCs w:val="24"/>
        </w:rPr>
      </w:pPr>
      <w:r w:rsidRPr="00EA68FC">
        <w:rPr>
          <w:rFonts w:ascii="Times New Roman" w:hAnsi="Times New Roman" w:cs="Times New Roman"/>
          <w:sz w:val="24"/>
          <w:szCs w:val="24"/>
        </w:rPr>
        <w:t xml:space="preserve">Photos </w:t>
      </w:r>
    </w:p>
    <w:p w14:paraId="6E7AEA09" w14:textId="77777777" w:rsidR="00D0591D" w:rsidRPr="00EA68FC" w:rsidRDefault="00D0591D" w:rsidP="00D0591D">
      <w:pPr>
        <w:numPr>
          <w:ilvl w:val="0"/>
          <w:numId w:val="20"/>
        </w:numPr>
        <w:rPr>
          <w:rFonts w:ascii="Times New Roman" w:hAnsi="Times New Roman" w:cs="Times New Roman"/>
          <w:sz w:val="24"/>
          <w:szCs w:val="24"/>
        </w:rPr>
      </w:pPr>
      <w:r w:rsidRPr="00EA68FC">
        <w:rPr>
          <w:rFonts w:ascii="Times New Roman" w:hAnsi="Times New Roman" w:cs="Times New Roman"/>
          <w:sz w:val="24"/>
          <w:szCs w:val="24"/>
        </w:rPr>
        <w:t>Assessment</w:t>
      </w:r>
    </w:p>
    <w:p w14:paraId="5CB1D5B2" w14:textId="77777777" w:rsidR="00D0591D" w:rsidRPr="00EA68FC" w:rsidRDefault="00D0591D" w:rsidP="00D0591D">
      <w:pPr>
        <w:rPr>
          <w:rFonts w:ascii="Times New Roman" w:hAnsi="Times New Roman" w:cs="Times New Roman"/>
          <w:sz w:val="24"/>
          <w:szCs w:val="24"/>
        </w:rPr>
      </w:pPr>
    </w:p>
    <w:p w14:paraId="544985A3" w14:textId="45130BCB" w:rsidR="00D0591D" w:rsidRPr="00EA68FC" w:rsidRDefault="00D0591D" w:rsidP="00D0591D">
      <w:pPr>
        <w:rPr>
          <w:rFonts w:ascii="Times New Roman" w:hAnsi="Times New Roman" w:cs="Times New Roman"/>
          <w:b/>
          <w:bCs/>
          <w:color w:val="4F81BD" w:themeColor="accent1"/>
          <w:sz w:val="32"/>
          <w:szCs w:val="32"/>
        </w:rPr>
      </w:pPr>
      <w:r w:rsidRPr="00EA68FC">
        <w:rPr>
          <w:rFonts w:ascii="Times New Roman" w:hAnsi="Times New Roman" w:cs="Times New Roman"/>
          <w:b/>
          <w:bCs/>
          <w:color w:val="4F81BD" w:themeColor="accent1"/>
          <w:sz w:val="32"/>
          <w:szCs w:val="32"/>
        </w:rPr>
        <w:t>List of Successful events:</w:t>
      </w:r>
    </w:p>
    <w:p w14:paraId="0180BF91" w14:textId="301F3C6A"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sz w:val="24"/>
          <w:szCs w:val="24"/>
        </w:rPr>
        <w:tab/>
        <w:t>-Bake Sale</w:t>
      </w:r>
    </w:p>
    <w:p w14:paraId="522DE80F" w14:textId="37141009"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sz w:val="24"/>
          <w:szCs w:val="24"/>
        </w:rPr>
        <w:tab/>
        <w:t>-Car Wash</w:t>
      </w:r>
    </w:p>
    <w:p w14:paraId="07A44EA2" w14:textId="585851D2" w:rsidR="00D0591D" w:rsidRPr="00EA68FC" w:rsidRDefault="00D0591D" w:rsidP="00D0591D">
      <w:pPr>
        <w:rPr>
          <w:rFonts w:ascii="Times New Roman" w:hAnsi="Times New Roman" w:cs="Times New Roman"/>
          <w:sz w:val="24"/>
          <w:szCs w:val="24"/>
        </w:rPr>
      </w:pPr>
      <w:r w:rsidRPr="00EA68FC">
        <w:rPr>
          <w:rFonts w:ascii="Times New Roman" w:hAnsi="Times New Roman" w:cs="Times New Roman"/>
          <w:sz w:val="24"/>
          <w:szCs w:val="24"/>
        </w:rPr>
        <w:tab/>
        <w:t>-</w:t>
      </w:r>
      <w:r w:rsidR="004C6B56" w:rsidRPr="00EA68FC">
        <w:rPr>
          <w:rFonts w:ascii="Times New Roman" w:hAnsi="Times New Roman" w:cs="Times New Roman"/>
          <w:sz w:val="24"/>
          <w:szCs w:val="24"/>
        </w:rPr>
        <w:t>Game Night</w:t>
      </w:r>
    </w:p>
    <w:p w14:paraId="0EF7C11A" w14:textId="0B8CE140" w:rsidR="004C6B56" w:rsidRPr="00EA68FC" w:rsidRDefault="004C6B56" w:rsidP="00D0591D">
      <w:pPr>
        <w:rPr>
          <w:rFonts w:ascii="Times New Roman" w:hAnsi="Times New Roman" w:cs="Times New Roman"/>
          <w:sz w:val="24"/>
          <w:szCs w:val="24"/>
        </w:rPr>
      </w:pPr>
      <w:r w:rsidRPr="00EA68FC">
        <w:rPr>
          <w:rFonts w:ascii="Times New Roman" w:hAnsi="Times New Roman" w:cs="Times New Roman"/>
          <w:sz w:val="24"/>
          <w:szCs w:val="24"/>
        </w:rPr>
        <w:tab/>
        <w:t>-Raffle Table</w:t>
      </w:r>
    </w:p>
    <w:p w14:paraId="32538F20" w14:textId="7E8AA020" w:rsidR="004C6B56" w:rsidRPr="00EA68FC" w:rsidRDefault="004C6B56" w:rsidP="00D0591D">
      <w:pPr>
        <w:rPr>
          <w:rFonts w:ascii="Times New Roman" w:hAnsi="Times New Roman" w:cs="Times New Roman"/>
          <w:sz w:val="24"/>
          <w:szCs w:val="24"/>
        </w:rPr>
      </w:pPr>
      <w:r w:rsidRPr="00EA68FC">
        <w:rPr>
          <w:rFonts w:ascii="Times New Roman" w:hAnsi="Times New Roman" w:cs="Times New Roman"/>
          <w:sz w:val="24"/>
          <w:szCs w:val="24"/>
        </w:rPr>
        <w:tab/>
        <w:t>-Paint &amp; Sip (non – alcoholic)</w:t>
      </w:r>
    </w:p>
    <w:p w14:paraId="17B1ED0F" w14:textId="33E1B827" w:rsidR="00BD2194" w:rsidRPr="00EA68FC" w:rsidRDefault="004C6B56">
      <w:pPr>
        <w:rPr>
          <w:rFonts w:ascii="Times New Roman" w:hAnsi="Times New Roman" w:cs="Times New Roman"/>
          <w:sz w:val="24"/>
          <w:szCs w:val="24"/>
        </w:rPr>
      </w:pPr>
      <w:r w:rsidRPr="00EA68FC">
        <w:rPr>
          <w:rFonts w:ascii="Times New Roman" w:hAnsi="Times New Roman" w:cs="Times New Roman"/>
          <w:sz w:val="24"/>
          <w:szCs w:val="24"/>
        </w:rPr>
        <w:t>You can also partner with the Student Engagement Coordinator on any events just reach out prior to the event!</w:t>
      </w:r>
    </w:p>
    <w:p w14:paraId="30E3D500" w14:textId="77777777" w:rsidR="00163489" w:rsidRPr="00EA68FC" w:rsidRDefault="00000000">
      <w:pPr>
        <w:pStyle w:val="Heading1"/>
        <w:rPr>
          <w:rFonts w:ascii="Times New Roman" w:hAnsi="Times New Roman" w:cs="Times New Roman"/>
          <w:color w:val="4F81BD" w:themeColor="accent1"/>
          <w:sz w:val="40"/>
          <w:szCs w:val="40"/>
        </w:rPr>
      </w:pPr>
      <w:r w:rsidRPr="00EA68FC">
        <w:rPr>
          <w:rFonts w:ascii="Times New Roman" w:hAnsi="Times New Roman" w:cs="Times New Roman"/>
          <w:color w:val="4F81BD" w:themeColor="accent1"/>
          <w:sz w:val="40"/>
          <w:szCs w:val="40"/>
        </w:rPr>
        <w:t>Money &amp; Fundraising</w:t>
      </w:r>
    </w:p>
    <w:p w14:paraId="2F6F35AC" w14:textId="77777777" w:rsidR="00163489" w:rsidRPr="00EA68FC" w:rsidRDefault="00000000">
      <w:pPr>
        <w:rPr>
          <w:rFonts w:ascii="Times New Roman" w:hAnsi="Times New Roman" w:cs="Times New Roman"/>
          <w:sz w:val="24"/>
          <w:szCs w:val="24"/>
        </w:rPr>
      </w:pPr>
      <w:r w:rsidRPr="00EA68FC">
        <w:rPr>
          <w:rFonts w:ascii="Times New Roman" w:hAnsi="Times New Roman" w:cs="Times New Roman"/>
          <w:sz w:val="24"/>
          <w:szCs w:val="24"/>
        </w:rPr>
        <w:t>Review budgets, approve expenditures, retain receipts, understand independent bank account expectations, and ensure fundraising follows College procedures.</w:t>
      </w:r>
    </w:p>
    <w:p w14:paraId="56C3BCB2" w14:textId="77777777" w:rsidR="00BD2194" w:rsidRPr="00EA68FC" w:rsidRDefault="00BD2194" w:rsidP="00BD2194">
      <w:pPr>
        <w:rPr>
          <w:rFonts w:ascii="Times New Roman" w:hAnsi="Times New Roman" w:cs="Times New Roman"/>
          <w:b/>
          <w:bCs/>
          <w:color w:val="4F81BD" w:themeColor="accent1"/>
          <w:sz w:val="32"/>
          <w:szCs w:val="32"/>
        </w:rPr>
      </w:pPr>
      <w:r w:rsidRPr="00EA68FC">
        <w:rPr>
          <w:rFonts w:ascii="Times New Roman" w:hAnsi="Times New Roman" w:cs="Times New Roman"/>
          <w:b/>
          <w:bCs/>
          <w:color w:val="4F81BD" w:themeColor="accent1"/>
          <w:sz w:val="32"/>
          <w:szCs w:val="32"/>
        </w:rPr>
        <w:t>Club Bank Accounts</w:t>
      </w:r>
    </w:p>
    <w:p w14:paraId="2E2AE157" w14:textId="624DEA14" w:rsidR="00BD2194" w:rsidRPr="00EA68FC" w:rsidRDefault="00BD2194" w:rsidP="00BD2194">
      <w:pPr>
        <w:rPr>
          <w:rFonts w:ascii="Times New Roman" w:hAnsi="Times New Roman" w:cs="Times New Roman"/>
          <w:sz w:val="24"/>
          <w:szCs w:val="24"/>
        </w:rPr>
      </w:pPr>
      <w:r w:rsidRPr="00EA68FC">
        <w:rPr>
          <w:rFonts w:ascii="Times New Roman" w:hAnsi="Times New Roman" w:cs="Times New Roman"/>
          <w:sz w:val="24"/>
          <w:szCs w:val="24"/>
        </w:rPr>
        <w:t xml:space="preserve">Each club/organization has the </w:t>
      </w:r>
      <w:r w:rsidRPr="00EA68FC">
        <w:rPr>
          <w:rFonts w:ascii="Times New Roman" w:hAnsi="Times New Roman" w:cs="Times New Roman"/>
          <w:b/>
          <w:bCs/>
          <w:sz w:val="24"/>
          <w:szCs w:val="24"/>
        </w:rPr>
        <w:t>option</w:t>
      </w:r>
      <w:r w:rsidRPr="00EA68FC">
        <w:rPr>
          <w:rFonts w:ascii="Times New Roman" w:hAnsi="Times New Roman" w:cs="Times New Roman"/>
          <w:sz w:val="24"/>
          <w:szCs w:val="24"/>
        </w:rPr>
        <w:t xml:space="preserve"> to have their own bank account. If the club/organization chooses to </w:t>
      </w:r>
      <w:r w:rsidRPr="00EA68FC">
        <w:rPr>
          <w:rFonts w:ascii="Times New Roman" w:hAnsi="Times New Roman" w:cs="Times New Roman"/>
          <w:sz w:val="24"/>
          <w:szCs w:val="24"/>
        </w:rPr>
        <w:t>open</w:t>
      </w:r>
      <w:r w:rsidRPr="00EA68FC">
        <w:rPr>
          <w:rFonts w:ascii="Times New Roman" w:hAnsi="Times New Roman" w:cs="Times New Roman"/>
          <w:sz w:val="24"/>
          <w:szCs w:val="24"/>
        </w:rPr>
        <w:t xml:space="preserve"> the bank account, they will need to follow the Independent Funds Guidelines. This account should house only funds raised by the club/organization. The responsibility of those </w:t>
      </w:r>
      <w:r w:rsidRPr="00EA68FC">
        <w:rPr>
          <w:rFonts w:ascii="Times New Roman" w:hAnsi="Times New Roman" w:cs="Times New Roman"/>
          <w:sz w:val="24"/>
          <w:szCs w:val="24"/>
        </w:rPr>
        <w:t>accounts’</w:t>
      </w:r>
      <w:r w:rsidRPr="00EA68FC">
        <w:rPr>
          <w:rFonts w:ascii="Times New Roman" w:hAnsi="Times New Roman" w:cs="Times New Roman"/>
          <w:sz w:val="24"/>
          <w:szCs w:val="24"/>
        </w:rPr>
        <w:t xml:space="preserve"> rests solely with the students and the organization, not the College.  Spending of said funds will need approval of the club/organization advisor.</w:t>
      </w:r>
    </w:p>
    <w:p w14:paraId="3E1396EE" w14:textId="77777777" w:rsidR="00BD2194" w:rsidRPr="00EA68FC" w:rsidRDefault="00BD2194" w:rsidP="00BD2194">
      <w:pPr>
        <w:pStyle w:val="ListParagraph"/>
        <w:numPr>
          <w:ilvl w:val="0"/>
          <w:numId w:val="14"/>
        </w:numPr>
        <w:spacing w:after="160" w:line="259" w:lineRule="auto"/>
        <w:rPr>
          <w:rFonts w:ascii="Times New Roman" w:hAnsi="Times New Roman" w:cs="Times New Roman"/>
          <w:b/>
          <w:sz w:val="24"/>
          <w:szCs w:val="24"/>
        </w:rPr>
      </w:pPr>
      <w:r w:rsidRPr="00EA68FC">
        <w:rPr>
          <w:rFonts w:ascii="Times New Roman" w:hAnsi="Times New Roman" w:cs="Times New Roman"/>
          <w:b/>
          <w:sz w:val="24"/>
          <w:szCs w:val="24"/>
        </w:rPr>
        <w:t>Process to Establish a New Bank Account for a Student Organization</w:t>
      </w:r>
    </w:p>
    <w:p w14:paraId="1091F783"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The new student organization must be approved by the Student Engagement Coordinator. </w:t>
      </w:r>
    </w:p>
    <w:p w14:paraId="4AD12844"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The new student organization must supply the following information to the Vice President of Student Services </w:t>
      </w:r>
      <w:r w:rsidRPr="00EA68FC">
        <w:rPr>
          <w:rFonts w:ascii="Times New Roman" w:hAnsi="Times New Roman" w:cs="Times New Roman"/>
          <w:b/>
          <w:sz w:val="24"/>
          <w:szCs w:val="24"/>
        </w:rPr>
        <w:t xml:space="preserve">PRIOR </w:t>
      </w:r>
      <w:r w:rsidRPr="00EA68FC">
        <w:rPr>
          <w:rFonts w:ascii="Times New Roman" w:hAnsi="Times New Roman" w:cs="Times New Roman"/>
          <w:sz w:val="24"/>
          <w:szCs w:val="24"/>
        </w:rPr>
        <w:t>to creating a bank account:</w:t>
      </w:r>
    </w:p>
    <w:p w14:paraId="5502A413"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IRS Tax Letter to indicate 501(c) (3) status</w:t>
      </w:r>
    </w:p>
    <w:p w14:paraId="615D51E7"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An established FEIN specifically for the organization</w:t>
      </w:r>
    </w:p>
    <w:p w14:paraId="541C056D"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Signature of the advisor</w:t>
      </w:r>
    </w:p>
    <w:p w14:paraId="5208FFC3"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lastRenderedPageBreak/>
        <w:t>Name of bank the account will be established at Chase Bank on 5</w:t>
      </w:r>
      <w:r w:rsidRPr="00EA68FC">
        <w:rPr>
          <w:rFonts w:ascii="Times New Roman" w:hAnsi="Times New Roman" w:cs="Times New Roman"/>
          <w:sz w:val="24"/>
          <w:szCs w:val="24"/>
          <w:vertAlign w:val="superscript"/>
        </w:rPr>
        <w:t>th</w:t>
      </w:r>
      <w:r w:rsidRPr="00EA68FC">
        <w:rPr>
          <w:rFonts w:ascii="Times New Roman" w:hAnsi="Times New Roman" w:cs="Times New Roman"/>
          <w:sz w:val="24"/>
          <w:szCs w:val="24"/>
        </w:rPr>
        <w:t xml:space="preserve"> Ave.</w:t>
      </w:r>
    </w:p>
    <w:p w14:paraId="3E48BB86"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The Vice President for Student Services and the Student Engagement Coordinator will retain this information for official records. </w:t>
      </w:r>
    </w:p>
    <w:p w14:paraId="074EDBCD"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Once a bank account is created, the account information must be provided to the Vice President of Student Services and Student Engagement Coordinator in the form of an official statement from the bank.</w:t>
      </w:r>
    </w:p>
    <w:p w14:paraId="7752EBF6" w14:textId="77777777" w:rsidR="00BD2194" w:rsidRPr="00EA68FC" w:rsidRDefault="00BD2194" w:rsidP="00BD2194">
      <w:pPr>
        <w:pStyle w:val="ListParagraph"/>
        <w:rPr>
          <w:rFonts w:ascii="Times New Roman" w:hAnsi="Times New Roman" w:cs="Times New Roman"/>
          <w:sz w:val="24"/>
          <w:szCs w:val="24"/>
        </w:rPr>
      </w:pPr>
    </w:p>
    <w:p w14:paraId="433327D1" w14:textId="77777777" w:rsidR="00BD2194" w:rsidRPr="00EA68FC" w:rsidRDefault="00BD2194" w:rsidP="00BD2194">
      <w:pPr>
        <w:pStyle w:val="ListParagraph"/>
        <w:numPr>
          <w:ilvl w:val="0"/>
          <w:numId w:val="14"/>
        </w:numPr>
        <w:spacing w:after="160" w:line="259" w:lineRule="auto"/>
        <w:rPr>
          <w:rFonts w:ascii="Times New Roman" w:hAnsi="Times New Roman" w:cs="Times New Roman"/>
          <w:b/>
          <w:sz w:val="24"/>
          <w:szCs w:val="24"/>
        </w:rPr>
      </w:pPr>
      <w:r w:rsidRPr="00EA68FC">
        <w:rPr>
          <w:rFonts w:ascii="Times New Roman" w:hAnsi="Times New Roman" w:cs="Times New Roman"/>
          <w:b/>
          <w:sz w:val="24"/>
          <w:szCs w:val="24"/>
        </w:rPr>
        <w:t>Use of Funds Guidelines</w:t>
      </w:r>
    </w:p>
    <w:p w14:paraId="1C8B42B0"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Student organizations may use funds raised by the organization with the approval of the organization advisor</w:t>
      </w:r>
    </w:p>
    <w:p w14:paraId="258A1189"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In general, student organization funds should be spent on activities in the best interest of the student body</w:t>
      </w:r>
    </w:p>
    <w:p w14:paraId="3CCF8611"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Funds </w:t>
      </w:r>
      <w:r w:rsidRPr="00EA68FC">
        <w:rPr>
          <w:rFonts w:ascii="Times New Roman" w:hAnsi="Times New Roman" w:cs="Times New Roman"/>
          <w:b/>
          <w:sz w:val="24"/>
          <w:szCs w:val="24"/>
        </w:rPr>
        <w:t>MUST</w:t>
      </w:r>
      <w:r w:rsidRPr="00EA68FC">
        <w:rPr>
          <w:rFonts w:ascii="Times New Roman" w:hAnsi="Times New Roman" w:cs="Times New Roman"/>
          <w:sz w:val="24"/>
          <w:szCs w:val="24"/>
        </w:rPr>
        <w:t xml:space="preserve"> be deposited into the correct organization’s official account prior to the use of funds</w:t>
      </w:r>
    </w:p>
    <w:p w14:paraId="00571717"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Items prohibited from being purchased include:</w:t>
      </w:r>
    </w:p>
    <w:p w14:paraId="281D89D3"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Illegal substances or purchases</w:t>
      </w:r>
    </w:p>
    <w:p w14:paraId="103D2D89"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Alcohol, drugs, tobacco products including e-cigs</w:t>
      </w:r>
    </w:p>
    <w:p w14:paraId="1608A661"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Lottery tickets or other forms of gambling</w:t>
      </w:r>
    </w:p>
    <w:p w14:paraId="64E3A743"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Weapons, firearms, or ammunition</w:t>
      </w:r>
    </w:p>
    <w:p w14:paraId="0C948EE2"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Religious or political activities</w:t>
      </w:r>
    </w:p>
    <w:p w14:paraId="3A3A29E7" w14:textId="1C46D876" w:rsidR="00BD2194" w:rsidRPr="00EA68FC" w:rsidRDefault="00BD2194" w:rsidP="00BD2194">
      <w:pPr>
        <w:pStyle w:val="ListParagraph"/>
        <w:numPr>
          <w:ilvl w:val="3"/>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Religious activity is defined as any activity that primarily </w:t>
      </w:r>
      <w:r w:rsidRPr="00EA68FC">
        <w:rPr>
          <w:rFonts w:ascii="Times New Roman" w:hAnsi="Times New Roman" w:cs="Times New Roman"/>
          <w:sz w:val="24"/>
          <w:szCs w:val="24"/>
        </w:rPr>
        <w:t>promotes</w:t>
      </w:r>
      <w:r w:rsidRPr="00EA68FC">
        <w:rPr>
          <w:rFonts w:ascii="Times New Roman" w:hAnsi="Times New Roman" w:cs="Times New Roman"/>
          <w:sz w:val="24"/>
          <w:szCs w:val="24"/>
        </w:rPr>
        <w:t xml:space="preserve"> or manifests a particular belief in or about a deity or an ultimate reality</w:t>
      </w:r>
    </w:p>
    <w:p w14:paraId="6466466D" w14:textId="77777777" w:rsidR="00BD2194" w:rsidRPr="00EA68FC" w:rsidRDefault="00BD2194" w:rsidP="00BD2194">
      <w:pPr>
        <w:pStyle w:val="ListParagraph"/>
        <w:numPr>
          <w:ilvl w:val="3"/>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Political activity means doing something in active support of or opposition to a political party, candidate for partisan political office, or a partisan political group</w:t>
      </w:r>
    </w:p>
    <w:p w14:paraId="42A8B6B0"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Legal services of bail bond funds</w:t>
      </w:r>
    </w:p>
    <w:p w14:paraId="5D7557C6"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Advisor-related purchases </w:t>
      </w:r>
    </w:p>
    <w:p w14:paraId="79B53EF6"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Reimbursements of any kind</w:t>
      </w:r>
    </w:p>
    <w:p w14:paraId="393D631F" w14:textId="77777777" w:rsidR="00BD2194" w:rsidRPr="00EA68FC" w:rsidRDefault="00BD2194" w:rsidP="00BD2194">
      <w:pPr>
        <w:pStyle w:val="ListParagraph"/>
        <w:ind w:left="1440"/>
        <w:rPr>
          <w:rFonts w:ascii="Times New Roman" w:hAnsi="Times New Roman" w:cs="Times New Roman"/>
          <w:sz w:val="24"/>
          <w:szCs w:val="24"/>
        </w:rPr>
      </w:pPr>
    </w:p>
    <w:p w14:paraId="03106A91" w14:textId="77777777" w:rsidR="00BD2194" w:rsidRPr="00EA68FC" w:rsidRDefault="00BD2194" w:rsidP="00BD2194">
      <w:pPr>
        <w:pStyle w:val="ListParagraph"/>
        <w:numPr>
          <w:ilvl w:val="0"/>
          <w:numId w:val="14"/>
        </w:numPr>
        <w:spacing w:after="160" w:line="259" w:lineRule="auto"/>
        <w:rPr>
          <w:rFonts w:ascii="Times New Roman" w:hAnsi="Times New Roman" w:cs="Times New Roman"/>
          <w:b/>
          <w:sz w:val="24"/>
          <w:szCs w:val="24"/>
        </w:rPr>
      </w:pPr>
      <w:r w:rsidRPr="00EA68FC">
        <w:rPr>
          <w:rFonts w:ascii="Times New Roman" w:hAnsi="Times New Roman" w:cs="Times New Roman"/>
          <w:b/>
          <w:sz w:val="24"/>
          <w:szCs w:val="24"/>
        </w:rPr>
        <w:t>Required Documentation and Reporting of Funds</w:t>
      </w:r>
    </w:p>
    <w:p w14:paraId="27D4E909"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Each quarter, financial statements of all student organizations must be submitted to the Vice President for Student Services and Student Engagement Coordinator. The Vice President for Student Services and Student Engagement Coordinator will review statements to ensure funds are being used appropriately.</w:t>
      </w:r>
    </w:p>
    <w:p w14:paraId="2DFCC621"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The Vice President of Student Services and Student Engagement Coordinator will provide copies of the statements to the Business Office. </w:t>
      </w:r>
    </w:p>
    <w:p w14:paraId="5549B1E2"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All receipts must be kept by the organization’s treasurer or advisor</w:t>
      </w:r>
    </w:p>
    <w:p w14:paraId="073A1966" w14:textId="108D81CB"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If at any time, bank information for a </w:t>
      </w:r>
      <w:r w:rsidRPr="00EA68FC">
        <w:rPr>
          <w:rFonts w:ascii="Times New Roman" w:hAnsi="Times New Roman" w:cs="Times New Roman"/>
          <w:sz w:val="24"/>
          <w:szCs w:val="24"/>
        </w:rPr>
        <w:t>student organization change</w:t>
      </w:r>
      <w:r w:rsidRPr="00EA68FC">
        <w:rPr>
          <w:rFonts w:ascii="Times New Roman" w:hAnsi="Times New Roman" w:cs="Times New Roman"/>
          <w:sz w:val="24"/>
          <w:szCs w:val="24"/>
        </w:rPr>
        <w:t>, The Student Engagement Coordinator must be informed immediately</w:t>
      </w:r>
    </w:p>
    <w:p w14:paraId="5AED1FEA" w14:textId="77777777" w:rsidR="00BD2194" w:rsidRPr="00EA68FC" w:rsidRDefault="00BD2194" w:rsidP="00BD2194">
      <w:pPr>
        <w:pStyle w:val="ListParagraph"/>
        <w:ind w:left="1440"/>
        <w:rPr>
          <w:rFonts w:ascii="Times New Roman" w:hAnsi="Times New Roman" w:cs="Times New Roman"/>
          <w:sz w:val="24"/>
          <w:szCs w:val="24"/>
        </w:rPr>
      </w:pPr>
    </w:p>
    <w:p w14:paraId="55EE473F" w14:textId="77777777" w:rsidR="00BD2194" w:rsidRPr="00EA68FC" w:rsidRDefault="00BD2194" w:rsidP="00BD2194">
      <w:pPr>
        <w:pStyle w:val="ListParagraph"/>
        <w:numPr>
          <w:ilvl w:val="0"/>
          <w:numId w:val="14"/>
        </w:numPr>
        <w:spacing w:after="160" w:line="259" w:lineRule="auto"/>
        <w:rPr>
          <w:rFonts w:ascii="Times New Roman" w:hAnsi="Times New Roman" w:cs="Times New Roman"/>
          <w:b/>
          <w:sz w:val="24"/>
          <w:szCs w:val="24"/>
        </w:rPr>
      </w:pPr>
      <w:r w:rsidRPr="00EA68FC">
        <w:rPr>
          <w:rFonts w:ascii="Times New Roman" w:hAnsi="Times New Roman" w:cs="Times New Roman"/>
          <w:b/>
          <w:sz w:val="24"/>
          <w:szCs w:val="24"/>
        </w:rPr>
        <w:lastRenderedPageBreak/>
        <w:t xml:space="preserve">Violations </w:t>
      </w:r>
    </w:p>
    <w:p w14:paraId="313023AA"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Violations of these guidelines, as determined by the Vice President for Student Services and Student Engagement Coordinator, are subject to, but not limited to, the following actions:</w:t>
      </w:r>
    </w:p>
    <w:p w14:paraId="1ED4FA31"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The removal of the student organization Advisor</w:t>
      </w:r>
    </w:p>
    <w:p w14:paraId="6B8EDD93"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The closure of the student organization bank account</w:t>
      </w:r>
    </w:p>
    <w:p w14:paraId="62D73DF2" w14:textId="77777777" w:rsidR="00BD2194" w:rsidRPr="00EA68FC" w:rsidRDefault="00BD2194" w:rsidP="00BD2194">
      <w:pPr>
        <w:pStyle w:val="ListParagraph"/>
        <w:numPr>
          <w:ilvl w:val="2"/>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The disbandment of the organization</w:t>
      </w:r>
    </w:p>
    <w:p w14:paraId="76705C54" w14:textId="77777777" w:rsidR="00BD2194" w:rsidRPr="00EA68FC" w:rsidRDefault="00BD2194" w:rsidP="00BD2194">
      <w:pPr>
        <w:pStyle w:val="ListParagraph"/>
        <w:ind w:left="2160"/>
        <w:rPr>
          <w:rFonts w:ascii="Times New Roman" w:hAnsi="Times New Roman" w:cs="Times New Roman"/>
          <w:sz w:val="24"/>
          <w:szCs w:val="24"/>
        </w:rPr>
      </w:pPr>
    </w:p>
    <w:p w14:paraId="4F93068A" w14:textId="77777777" w:rsidR="00BD2194" w:rsidRPr="00EA68FC" w:rsidRDefault="00BD2194" w:rsidP="00BD2194">
      <w:pPr>
        <w:pStyle w:val="ListParagraph"/>
        <w:numPr>
          <w:ilvl w:val="0"/>
          <w:numId w:val="14"/>
        </w:numPr>
        <w:spacing w:after="160" w:line="259" w:lineRule="auto"/>
        <w:rPr>
          <w:rFonts w:ascii="Times New Roman" w:hAnsi="Times New Roman" w:cs="Times New Roman"/>
          <w:b/>
          <w:sz w:val="24"/>
          <w:szCs w:val="24"/>
        </w:rPr>
      </w:pPr>
      <w:r w:rsidRPr="00EA68FC">
        <w:rPr>
          <w:rFonts w:ascii="Times New Roman" w:hAnsi="Times New Roman" w:cs="Times New Roman"/>
          <w:b/>
          <w:sz w:val="24"/>
          <w:szCs w:val="24"/>
        </w:rPr>
        <w:t>Liability</w:t>
      </w:r>
    </w:p>
    <w:p w14:paraId="566EB812" w14:textId="77777777" w:rsidR="00BD2194" w:rsidRPr="00EA68FC" w:rsidRDefault="00BD2194" w:rsidP="00BD2194">
      <w:pPr>
        <w:pStyle w:val="ListParagraph"/>
        <w:numPr>
          <w:ilvl w:val="1"/>
          <w:numId w:val="14"/>
        </w:numPr>
        <w:spacing w:after="160" w:line="259" w:lineRule="auto"/>
        <w:rPr>
          <w:rFonts w:ascii="Times New Roman" w:hAnsi="Times New Roman" w:cs="Times New Roman"/>
          <w:sz w:val="24"/>
          <w:szCs w:val="24"/>
        </w:rPr>
      </w:pPr>
      <w:r w:rsidRPr="00EA68FC">
        <w:rPr>
          <w:rFonts w:ascii="Times New Roman" w:hAnsi="Times New Roman" w:cs="Times New Roman"/>
          <w:sz w:val="24"/>
          <w:szCs w:val="24"/>
        </w:rPr>
        <w:t xml:space="preserve">The college is not liable for any purchases, overdrafts, or other financial activity conducted by student organizations via independent bank accounts. </w:t>
      </w:r>
    </w:p>
    <w:p w14:paraId="70985F81" w14:textId="77777777" w:rsidR="00BD2194" w:rsidRPr="00EA68FC" w:rsidRDefault="00BD2194" w:rsidP="00BD2194">
      <w:pPr>
        <w:rPr>
          <w:rFonts w:ascii="Times New Roman" w:hAnsi="Times New Roman" w:cs="Times New Roman"/>
          <w:sz w:val="24"/>
          <w:szCs w:val="24"/>
          <w:u w:val="single"/>
        </w:rPr>
      </w:pPr>
    </w:p>
    <w:p w14:paraId="16A5192E" w14:textId="2FA2AEE1" w:rsidR="00BD2194" w:rsidRDefault="00BD2194">
      <w:pPr>
        <w:rPr>
          <w:rFonts w:ascii="Times New Roman" w:hAnsi="Times New Roman" w:cs="Times New Roman"/>
          <w:sz w:val="24"/>
          <w:szCs w:val="24"/>
        </w:rPr>
      </w:pPr>
      <w:r w:rsidRPr="00EA68FC">
        <w:rPr>
          <w:rFonts w:ascii="Times New Roman" w:hAnsi="Times New Roman" w:cs="Times New Roman"/>
          <w:sz w:val="24"/>
          <w:szCs w:val="24"/>
        </w:rPr>
        <w:t xml:space="preserve">If a club is not active for two semesters, shuts down, or fails to follow requirements, all funds need to be sent to the Student Engagement Coordinator and Vice President of Student </w:t>
      </w:r>
      <w:r w:rsidRPr="00EA68FC">
        <w:rPr>
          <w:rFonts w:ascii="Times New Roman" w:hAnsi="Times New Roman" w:cs="Times New Roman"/>
          <w:sz w:val="24"/>
          <w:szCs w:val="24"/>
        </w:rPr>
        <w:t>Services,</w:t>
      </w:r>
      <w:r w:rsidRPr="00EA68FC">
        <w:rPr>
          <w:rFonts w:ascii="Times New Roman" w:hAnsi="Times New Roman" w:cs="Times New Roman"/>
          <w:sz w:val="24"/>
          <w:szCs w:val="24"/>
        </w:rPr>
        <w:t xml:space="preserve"> and the bank account will be closed. The remaining funds of the organization will be donated to the Foundation. </w:t>
      </w:r>
    </w:p>
    <w:p w14:paraId="110B2789" w14:textId="77777777" w:rsidR="00EA68FC" w:rsidRPr="00EA68FC" w:rsidRDefault="00EA68FC">
      <w:pPr>
        <w:rPr>
          <w:rFonts w:ascii="Times New Roman" w:hAnsi="Times New Roman" w:cs="Times New Roman"/>
          <w:sz w:val="24"/>
          <w:szCs w:val="24"/>
        </w:rPr>
      </w:pPr>
    </w:p>
    <w:p w14:paraId="45C5DDDC" w14:textId="77777777" w:rsidR="00EA68FC" w:rsidRPr="009A684C" w:rsidRDefault="00EA68FC" w:rsidP="00EA68FC">
      <w:pPr>
        <w:rPr>
          <w:rFonts w:ascii="Times New Roman" w:eastAsiaTheme="majorEastAsia" w:hAnsi="Times New Roman" w:cs="Times New Roman"/>
          <w:b/>
          <w:bCs/>
          <w:color w:val="4F81BD" w:themeColor="accent1"/>
          <w:sz w:val="40"/>
          <w:szCs w:val="40"/>
        </w:rPr>
      </w:pPr>
      <w:r w:rsidRPr="009A684C">
        <w:rPr>
          <w:rFonts w:ascii="Times New Roman" w:eastAsiaTheme="majorEastAsia" w:hAnsi="Times New Roman" w:cs="Times New Roman"/>
          <w:b/>
          <w:bCs/>
          <w:color w:val="4F81BD" w:themeColor="accent1"/>
          <w:sz w:val="40"/>
          <w:szCs w:val="40"/>
        </w:rPr>
        <w:t>Working with Student Leaders</w:t>
      </w:r>
    </w:p>
    <w:p w14:paraId="52DD283F" w14:textId="77777777" w:rsidR="00EA68FC" w:rsidRPr="00EA68FC" w:rsidRDefault="00EA68FC" w:rsidP="00EA68FC">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One of the most rewarding aspects of serving as a student organization advisor is the opportunity to help students grow into confident, capable leaders. Advisors play a critical role in mentoring officers by providing guidance, encouragement, and constructive feedback while allowing students to take ownership of their organization. Student organizations are intended to be student-led, and advisors should strive to create an environment where students are empowered to make decisions, solve problems, and learn from both their successes and challenges.</w:t>
      </w:r>
    </w:p>
    <w:p w14:paraId="095DE53D" w14:textId="77777777" w:rsidR="00EA68FC" w:rsidRPr="00EA68FC" w:rsidRDefault="00EA68FC" w:rsidP="00EA68FC">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Advisors should encourage officers to establish goals, develop action plans, and delegate responsibilities among members. Leadership should be shared whenever possible, allowing each officer to contribute to the success of the organization rather than relying on one individual to carry the workload. By encouraging teamwork and accountability, advisors help students build valuable communication, organizational, and leadership skills that extend beyond the classroom.</w:t>
      </w:r>
    </w:p>
    <w:p w14:paraId="722FFB4C" w14:textId="77777777" w:rsidR="00EA68FC" w:rsidRPr="00EA68FC" w:rsidRDefault="00EA68FC" w:rsidP="00EA68FC">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When challenges arise, advisors should serve as coaches rather than decision-makers. Encourage students to discuss concerns openly, consider multiple solutions, and work collaboratively to resolve conflicts. Rather than solving problems for students, ask thoughtful questions that help them evaluate their options and make informed decisions. </w:t>
      </w:r>
      <w:r w:rsidRPr="00EA68FC">
        <w:rPr>
          <w:rFonts w:ascii="Times New Roman" w:eastAsiaTheme="majorEastAsia" w:hAnsi="Times New Roman" w:cs="Times New Roman"/>
          <w:sz w:val="24"/>
          <w:szCs w:val="24"/>
        </w:rPr>
        <w:lastRenderedPageBreak/>
        <w:t>These experiences provide meaningful opportunities for personal growth and leadership development.</w:t>
      </w:r>
    </w:p>
    <w:p w14:paraId="35C87DE8" w14:textId="517CE522" w:rsidR="00EA68FC" w:rsidRPr="00EA68FC" w:rsidRDefault="00EA68FC" w:rsidP="00EA68FC">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Regular communication with student officers is essential to maintaining a successful organization. Advisors are encouraged to meet with officers periodically to discuss upcoming meetings, events, organizational goals, and any concerns that may </w:t>
      </w:r>
      <w:r w:rsidR="009A684C" w:rsidRPr="00EA68FC">
        <w:rPr>
          <w:rFonts w:ascii="Times New Roman" w:eastAsiaTheme="majorEastAsia" w:hAnsi="Times New Roman" w:cs="Times New Roman"/>
          <w:sz w:val="24"/>
          <w:szCs w:val="24"/>
        </w:rPr>
        <w:t>impact on</w:t>
      </w:r>
      <w:r w:rsidRPr="00EA68FC">
        <w:rPr>
          <w:rFonts w:ascii="Times New Roman" w:eastAsiaTheme="majorEastAsia" w:hAnsi="Times New Roman" w:cs="Times New Roman"/>
          <w:sz w:val="24"/>
          <w:szCs w:val="24"/>
        </w:rPr>
        <w:t xml:space="preserve"> the club's success. These meetings provide an opportunity to celebrate accomplishments, identify potential challenges early, and offer guidance before issues become larger concerns.</w:t>
      </w:r>
    </w:p>
    <w:p w14:paraId="67930B50" w14:textId="77777777" w:rsidR="00EA68FC" w:rsidRPr="00EA68FC" w:rsidRDefault="00EA68FC" w:rsidP="00EA68FC">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Above all, advisors should foster an environment that is welcoming, respectful, and inclusive. Every student should feel encouraged to participate, share ideas, and contribute to the organization's mission. By modeling professionalism, integrity, and respect, advisors help create a positive organizational culture where students feel supported, valued, and empowered to lead.</w:t>
      </w:r>
    </w:p>
    <w:p w14:paraId="0F25FAB2" w14:textId="77777777" w:rsidR="00EA68FC" w:rsidRPr="00EA68FC" w:rsidRDefault="00EA68FC" w:rsidP="00EA68FC">
      <w:p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Best Practices for Advisors</w:t>
      </w:r>
    </w:p>
    <w:p w14:paraId="3F0F3117" w14:textId="77777777" w:rsidR="00EA68FC" w:rsidRPr="00EA68FC" w:rsidRDefault="00EA68FC" w:rsidP="00EA68FC">
      <w:pPr>
        <w:numPr>
          <w:ilvl w:val="0"/>
          <w:numId w:val="24"/>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Encourage students to make decisions and take ownership of their organization while remaining available for guidance and support. </w:t>
      </w:r>
    </w:p>
    <w:p w14:paraId="44DB2290" w14:textId="77777777" w:rsidR="00EA68FC" w:rsidRPr="00EA68FC" w:rsidRDefault="00EA68FC" w:rsidP="00EA68FC">
      <w:pPr>
        <w:numPr>
          <w:ilvl w:val="0"/>
          <w:numId w:val="24"/>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Ask guiding questions rather than providing immediate solutions to help students develop critical thinking and problem-solving skills. </w:t>
      </w:r>
    </w:p>
    <w:p w14:paraId="25C9B4AC" w14:textId="77777777" w:rsidR="00EA68FC" w:rsidRPr="00EA68FC" w:rsidRDefault="00EA68FC" w:rsidP="00EA68FC">
      <w:pPr>
        <w:numPr>
          <w:ilvl w:val="0"/>
          <w:numId w:val="24"/>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Promote teamwork by encouraging officers to delegate responsibilities and involve members in planning and decision-making. </w:t>
      </w:r>
    </w:p>
    <w:p w14:paraId="4624F377" w14:textId="77777777" w:rsidR="00EA68FC" w:rsidRPr="00EA68FC" w:rsidRDefault="00EA68FC" w:rsidP="00EA68FC">
      <w:pPr>
        <w:numPr>
          <w:ilvl w:val="0"/>
          <w:numId w:val="24"/>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Recognize and celebrate student achievements, milestones, and leadership growth throughout the academic year. </w:t>
      </w:r>
    </w:p>
    <w:p w14:paraId="129CF2ED" w14:textId="77777777" w:rsidR="00EA68FC" w:rsidRPr="00EA68FC" w:rsidRDefault="00EA68FC" w:rsidP="00EA68FC">
      <w:pPr>
        <w:numPr>
          <w:ilvl w:val="0"/>
          <w:numId w:val="24"/>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Address conflicts early by encouraging respectful communication, active listening, and collaborative problem-solving. </w:t>
      </w:r>
    </w:p>
    <w:p w14:paraId="2A2027A5" w14:textId="77777777" w:rsidR="00EA68FC" w:rsidRPr="00EA68FC" w:rsidRDefault="00EA68FC" w:rsidP="00EA68FC">
      <w:pPr>
        <w:numPr>
          <w:ilvl w:val="0"/>
          <w:numId w:val="24"/>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Help students learn from mistakes by treating challenges as opportunities for growth rather than failures. </w:t>
      </w:r>
    </w:p>
    <w:p w14:paraId="2E9DAB9A" w14:textId="77777777" w:rsidR="00EA68FC" w:rsidRPr="00EA68FC" w:rsidRDefault="00EA68FC" w:rsidP="00EA68FC">
      <w:pPr>
        <w:numPr>
          <w:ilvl w:val="0"/>
          <w:numId w:val="24"/>
        </w:numPr>
        <w:rPr>
          <w:rFonts w:ascii="Times New Roman" w:eastAsiaTheme="majorEastAsia" w:hAnsi="Times New Roman" w:cs="Times New Roman"/>
          <w:sz w:val="24"/>
          <w:szCs w:val="24"/>
        </w:rPr>
      </w:pPr>
      <w:r w:rsidRPr="00EA68FC">
        <w:rPr>
          <w:rFonts w:ascii="Times New Roman" w:eastAsiaTheme="majorEastAsia" w:hAnsi="Times New Roman" w:cs="Times New Roman"/>
          <w:sz w:val="24"/>
          <w:szCs w:val="24"/>
        </w:rPr>
        <w:t xml:space="preserve">Maintain regular communication with organization officers and the Student Engagement Coordinator to ensure the organization remains informed and successful. </w:t>
      </w:r>
    </w:p>
    <w:p w14:paraId="750CE50E" w14:textId="7260B514" w:rsidR="00F655AD" w:rsidRPr="00EA68FC" w:rsidRDefault="00EA68FC">
      <w:pPr>
        <w:rPr>
          <w:rFonts w:ascii="Times New Roman" w:eastAsiaTheme="majorEastAsia" w:hAnsi="Times New Roman" w:cs="Times New Roman"/>
          <w:b/>
          <w:bCs/>
          <w:sz w:val="24"/>
          <w:szCs w:val="24"/>
        </w:rPr>
      </w:pPr>
      <w:r w:rsidRPr="00EA68FC">
        <w:rPr>
          <w:rFonts w:ascii="Times New Roman" w:eastAsiaTheme="majorEastAsia" w:hAnsi="Times New Roman" w:cs="Times New Roman"/>
          <w:color w:val="4F81BD" w:themeColor="accent1"/>
          <w:sz w:val="32"/>
          <w:szCs w:val="32"/>
        </w:rPr>
        <w:t xml:space="preserve">Advisor Tip: </w:t>
      </w:r>
      <w:r w:rsidRPr="00EA68FC">
        <w:rPr>
          <w:rFonts w:ascii="Times New Roman" w:eastAsiaTheme="majorEastAsia" w:hAnsi="Times New Roman" w:cs="Times New Roman"/>
          <w:b/>
          <w:bCs/>
          <w:sz w:val="24"/>
          <w:szCs w:val="24"/>
        </w:rPr>
        <w:t>The most effective advisors don't lead the organization—they develop leaders who can. Your role is to empower students with the confidence, knowledge, and support they need to make decisions, overcome challenges, and create a successful organizat</w:t>
      </w:r>
      <w:r>
        <w:rPr>
          <w:rFonts w:ascii="Times New Roman" w:eastAsiaTheme="majorEastAsia" w:hAnsi="Times New Roman" w:cs="Times New Roman"/>
          <w:b/>
          <w:bCs/>
          <w:sz w:val="24"/>
          <w:szCs w:val="24"/>
        </w:rPr>
        <w:t>ion.</w:t>
      </w:r>
    </w:p>
    <w:p w14:paraId="4CE06DAF" w14:textId="77777777" w:rsidR="00AA5A45" w:rsidRPr="00AA5A45" w:rsidRDefault="00AA5A45" w:rsidP="00AA5A45">
      <w:pPr>
        <w:rPr>
          <w:rFonts w:ascii="Times New Roman" w:eastAsiaTheme="majorEastAsia" w:hAnsi="Times New Roman" w:cs="Times New Roman"/>
          <w:b/>
          <w:bCs/>
          <w:color w:val="4F81BD" w:themeColor="accent1"/>
          <w:sz w:val="40"/>
          <w:szCs w:val="40"/>
        </w:rPr>
      </w:pPr>
      <w:r w:rsidRPr="00AA5A45">
        <w:rPr>
          <w:rFonts w:ascii="Times New Roman" w:eastAsiaTheme="majorEastAsia" w:hAnsi="Times New Roman" w:cs="Times New Roman"/>
          <w:b/>
          <w:bCs/>
          <w:color w:val="4F81BD" w:themeColor="accent1"/>
          <w:sz w:val="40"/>
          <w:szCs w:val="40"/>
        </w:rPr>
        <w:lastRenderedPageBreak/>
        <w:t>Resources &amp; Frequently Asked Questions</w:t>
      </w:r>
    </w:p>
    <w:p w14:paraId="58DCA033" w14:textId="77777777"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The Office of Student Engagement is committed to supporting student organization advisors and officers throughout the academic year. Whether you have questions about starting a new organization, planning an event, requesting funding, or interpreting College policies, assistance is always available. Advisors are encouraged to contact the Student Engagement Coordinator whenever guidance or clarification is needed.</w:t>
      </w:r>
    </w:p>
    <w:p w14:paraId="22FAA543" w14:textId="7B9AA34F" w:rsidR="00AA5A45" w:rsidRPr="00AA5A45" w:rsidRDefault="00AA5A45" w:rsidP="00AA5A45">
      <w:pPr>
        <w:rPr>
          <w:rFonts w:ascii="Times New Roman" w:eastAsiaTheme="majorEastAsia" w:hAnsi="Times New Roman" w:cs="Times New Roman"/>
          <w:color w:val="4F81BD" w:themeColor="accent1"/>
          <w:sz w:val="32"/>
          <w:szCs w:val="32"/>
        </w:rPr>
      </w:pPr>
      <w:r w:rsidRPr="00AA5A45">
        <w:rPr>
          <w:rFonts w:ascii="Times New Roman" w:eastAsiaTheme="majorEastAsia" w:hAnsi="Times New Roman" w:cs="Times New Roman"/>
          <w:color w:val="4F81BD" w:themeColor="accent1"/>
          <w:sz w:val="32"/>
          <w:szCs w:val="32"/>
        </w:rPr>
        <w:t>Frequently Used Forms</w:t>
      </w:r>
    </w:p>
    <w:p w14:paraId="04A2C1ED" w14:textId="77777777"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The following forms are required for the operation of student organizations and can be obtained from the Office of Student Engagement or the Student Organizations webpage.</w:t>
      </w:r>
    </w:p>
    <w:p w14:paraId="72F6589E" w14:textId="77777777" w:rsidR="00AA5A45" w:rsidRPr="00AA5A45" w:rsidRDefault="00AA5A45" w:rsidP="00AA5A45">
      <w:pPr>
        <w:numPr>
          <w:ilvl w:val="0"/>
          <w:numId w:val="25"/>
        </w:num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 xml:space="preserve">Intent to Organize Form – Used by students wishing to establish a new student organization. </w:t>
      </w:r>
    </w:p>
    <w:p w14:paraId="6FB29617" w14:textId="77777777" w:rsidR="00AA5A45" w:rsidRPr="00AA5A45" w:rsidRDefault="00AA5A45" w:rsidP="00AA5A45">
      <w:pPr>
        <w:numPr>
          <w:ilvl w:val="0"/>
          <w:numId w:val="25"/>
        </w:num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 xml:space="preserve">New Chartering Form – Required to officially recognize a newly established organization. </w:t>
      </w:r>
    </w:p>
    <w:p w14:paraId="3134D164" w14:textId="77777777" w:rsidR="00AA5A45" w:rsidRPr="00AA5A45" w:rsidRDefault="00AA5A45" w:rsidP="00AA5A45">
      <w:pPr>
        <w:numPr>
          <w:ilvl w:val="0"/>
          <w:numId w:val="25"/>
        </w:num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 xml:space="preserve">Event Request Form – Required for all club meetings, activities, fundraisers, and events held on or off campus. Forms should be submitted at least two weeks before the proposed event. </w:t>
      </w:r>
    </w:p>
    <w:p w14:paraId="5251A57F" w14:textId="77777777" w:rsidR="00AA5A45" w:rsidRPr="00AA5A45" w:rsidRDefault="00AA5A45" w:rsidP="00AA5A45">
      <w:pPr>
        <w:numPr>
          <w:ilvl w:val="0"/>
          <w:numId w:val="25"/>
        </w:num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 xml:space="preserve">Club Fund Request Form – Used to request financial assistance through the Office of Student Engagement for approved club activities and purchases. </w:t>
      </w:r>
    </w:p>
    <w:p w14:paraId="2146CD82" w14:textId="77777777" w:rsidR="00AA5A45" w:rsidRPr="00AA5A45" w:rsidRDefault="00AA5A45" w:rsidP="00AA5A45">
      <w:pPr>
        <w:numPr>
          <w:ilvl w:val="0"/>
          <w:numId w:val="25"/>
        </w:num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 xml:space="preserve">Outside Donation Request Form – Required before soliciting donations or conducting fundraising activities outside of the College. </w:t>
      </w:r>
    </w:p>
    <w:p w14:paraId="18A49326" w14:textId="77777777" w:rsidR="00AA5A45" w:rsidRPr="00AA5A45" w:rsidRDefault="00AA5A45" w:rsidP="00AA5A45">
      <w:pPr>
        <w:rPr>
          <w:rFonts w:ascii="Times New Roman" w:eastAsiaTheme="majorEastAsia" w:hAnsi="Times New Roman" w:cs="Times New Roman"/>
          <w:color w:val="4F81BD" w:themeColor="accent1"/>
          <w:sz w:val="32"/>
          <w:szCs w:val="32"/>
        </w:rPr>
      </w:pPr>
      <w:r w:rsidRPr="00AA5A45">
        <w:rPr>
          <w:rFonts w:ascii="Times New Roman" w:eastAsiaTheme="majorEastAsia" w:hAnsi="Times New Roman" w:cs="Times New Roman"/>
          <w:color w:val="4F81BD" w:themeColor="accent1"/>
          <w:sz w:val="32"/>
          <w:szCs w:val="32"/>
        </w:rPr>
        <w:t>Frequently Asked Questions</w:t>
      </w:r>
    </w:p>
    <w:p w14:paraId="7CADCBAD" w14:textId="6B181472"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Who should I contact if I have questions about my organization?</w:t>
      </w:r>
      <w:r w:rsidRPr="00AA5A45">
        <w:rPr>
          <w:rFonts w:ascii="Times New Roman" w:eastAsiaTheme="majorEastAsia" w:hAnsi="Times New Roman" w:cs="Times New Roman"/>
          <w:sz w:val="24"/>
          <w:szCs w:val="24"/>
        </w:rPr>
        <w:br/>
        <w:t>Contact the Student Engagement Coordinator</w:t>
      </w:r>
      <w:r>
        <w:rPr>
          <w:rFonts w:ascii="Times New Roman" w:eastAsiaTheme="majorEastAsia" w:hAnsi="Times New Roman" w:cs="Times New Roman"/>
          <w:sz w:val="24"/>
          <w:szCs w:val="24"/>
        </w:rPr>
        <w:t xml:space="preserve"> –</w:t>
      </w:r>
      <w:r w:rsidRPr="00AA5A45">
        <w:rPr>
          <w:rFonts w:ascii="Times New Roman" w:eastAsiaTheme="majorEastAsia" w:hAnsi="Times New Roman" w:cs="Times New Roman"/>
          <w:sz w:val="24"/>
          <w:szCs w:val="24"/>
        </w:rPr>
        <w:t xml:space="preserve"> </w:t>
      </w:r>
      <w:r w:rsidRPr="00AA5A45">
        <w:rPr>
          <w:rFonts w:ascii="Times New Roman" w:eastAsiaTheme="majorEastAsia" w:hAnsi="Times New Roman" w:cs="Times New Roman"/>
          <w:sz w:val="24"/>
          <w:szCs w:val="24"/>
        </w:rPr>
        <w:t>Sorrells</w:t>
      </w:r>
      <w:r>
        <w:rPr>
          <w:rFonts w:ascii="Times New Roman" w:eastAsiaTheme="majorEastAsia" w:hAnsi="Times New Roman" w:cs="Times New Roman"/>
          <w:sz w:val="24"/>
          <w:szCs w:val="24"/>
        </w:rPr>
        <w:t xml:space="preserve">r@mctc.edu </w:t>
      </w:r>
      <w:r w:rsidRPr="00AA5A45">
        <w:rPr>
          <w:rFonts w:ascii="Times New Roman" w:eastAsiaTheme="majorEastAsia" w:hAnsi="Times New Roman" w:cs="Times New Roman"/>
          <w:sz w:val="24"/>
          <w:szCs w:val="24"/>
        </w:rPr>
        <w:t>for assistance with club recognition, policies, events, funding, leadership transitions, forms, or general student organization questions.</w:t>
      </w:r>
      <w:r>
        <w:rPr>
          <w:rFonts w:ascii="Times New Roman" w:eastAsiaTheme="majorEastAsia" w:hAnsi="Times New Roman" w:cs="Times New Roman"/>
          <w:sz w:val="24"/>
          <w:szCs w:val="24"/>
        </w:rPr>
        <w:t xml:space="preserve"> </w:t>
      </w:r>
    </w:p>
    <w:p w14:paraId="326BB8DD" w14:textId="77777777"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Am I expected to attend every meeting or event?</w:t>
      </w:r>
      <w:r w:rsidRPr="00AA5A45">
        <w:rPr>
          <w:rFonts w:ascii="Times New Roman" w:eastAsiaTheme="majorEastAsia" w:hAnsi="Times New Roman" w:cs="Times New Roman"/>
          <w:sz w:val="24"/>
          <w:szCs w:val="24"/>
        </w:rPr>
        <w:br/>
        <w:t>While attendance is encouraged whenever possible, advisors understand that work responsibilities may occasionally prevent participation. Advisors should maintain regular communication with student officers and remain informed about organizational activities.</w:t>
      </w:r>
    </w:p>
    <w:p w14:paraId="699FCA6D" w14:textId="77777777"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Can students make decisions without the advisor?</w:t>
      </w:r>
      <w:r w:rsidRPr="00AA5A45">
        <w:rPr>
          <w:rFonts w:ascii="Times New Roman" w:eastAsiaTheme="majorEastAsia" w:hAnsi="Times New Roman" w:cs="Times New Roman"/>
          <w:sz w:val="24"/>
          <w:szCs w:val="24"/>
        </w:rPr>
        <w:br/>
        <w:t xml:space="preserve">Yes. Student organizations are designed to be student-led. Advisors should provide </w:t>
      </w:r>
      <w:r w:rsidRPr="00AA5A45">
        <w:rPr>
          <w:rFonts w:ascii="Times New Roman" w:eastAsiaTheme="majorEastAsia" w:hAnsi="Times New Roman" w:cs="Times New Roman"/>
          <w:sz w:val="24"/>
          <w:szCs w:val="24"/>
        </w:rPr>
        <w:lastRenderedPageBreak/>
        <w:t>guidance and mentorship while allowing students to make informed decisions and develop leadership skills.</w:t>
      </w:r>
    </w:p>
    <w:p w14:paraId="3225B720" w14:textId="77777777"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What if an organization is struggling or becomes inactive?</w:t>
      </w:r>
      <w:r w:rsidRPr="00AA5A45">
        <w:rPr>
          <w:rFonts w:ascii="Times New Roman" w:eastAsiaTheme="majorEastAsia" w:hAnsi="Times New Roman" w:cs="Times New Roman"/>
          <w:sz w:val="24"/>
          <w:szCs w:val="24"/>
        </w:rPr>
        <w:br/>
        <w:t>Reach out to the Student Engagement Coordinator as early as possible. Together, strategies can be developed to improve recruitment, officer engagement, and organizational success before recognition is affected.</w:t>
      </w:r>
    </w:p>
    <w:p w14:paraId="6BEF264E" w14:textId="77777777"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Who approves purchases or fundraising activities?</w:t>
      </w:r>
      <w:r w:rsidRPr="00AA5A45">
        <w:rPr>
          <w:rFonts w:ascii="Times New Roman" w:eastAsiaTheme="majorEastAsia" w:hAnsi="Times New Roman" w:cs="Times New Roman"/>
          <w:sz w:val="24"/>
          <w:szCs w:val="24"/>
        </w:rPr>
        <w:br/>
        <w:t>Advisors should review expenditures and ensure all fundraising and purchasing activities follow the procedures outlined in the Student Organization Handbook and applicable College policies.</w:t>
      </w:r>
    </w:p>
    <w:p w14:paraId="509D7CD0" w14:textId="77777777" w:rsidR="00AA5A45" w:rsidRPr="00AA5A45"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Need Assistance?</w:t>
      </w:r>
    </w:p>
    <w:p w14:paraId="7B9F680F" w14:textId="2D680ABA" w:rsidR="009A684C" w:rsidRDefault="00AA5A45" w:rsidP="00AA5A45">
      <w:pPr>
        <w:rPr>
          <w:rFonts w:ascii="Times New Roman" w:eastAsiaTheme="majorEastAsia" w:hAnsi="Times New Roman" w:cs="Times New Roman"/>
          <w:sz w:val="24"/>
          <w:szCs w:val="24"/>
        </w:rPr>
      </w:pPr>
      <w:r w:rsidRPr="00AA5A45">
        <w:rPr>
          <w:rFonts w:ascii="Times New Roman" w:eastAsiaTheme="majorEastAsia" w:hAnsi="Times New Roman" w:cs="Times New Roman"/>
          <w:sz w:val="24"/>
          <w:szCs w:val="24"/>
        </w:rPr>
        <w:t>The Office of Student Engagement is here to support both advisors and student leaders. Never hesitate to ask questions or seek guidance</w:t>
      </w:r>
      <w:r>
        <w:rPr>
          <w:rFonts w:ascii="Times New Roman" w:eastAsiaTheme="majorEastAsia" w:hAnsi="Times New Roman" w:cs="Times New Roman"/>
          <w:sz w:val="24"/>
          <w:szCs w:val="24"/>
        </w:rPr>
        <w:t xml:space="preserve">. </w:t>
      </w:r>
      <w:proofErr w:type="gramStart"/>
      <w:r w:rsidRPr="00AA5A45">
        <w:rPr>
          <w:rFonts w:ascii="Times New Roman" w:eastAsiaTheme="majorEastAsia" w:hAnsi="Times New Roman" w:cs="Times New Roman"/>
          <w:sz w:val="24"/>
          <w:szCs w:val="24"/>
        </w:rPr>
        <w:t>we</w:t>
      </w:r>
      <w:proofErr w:type="gramEnd"/>
      <w:r w:rsidRPr="00AA5A45">
        <w:rPr>
          <w:rFonts w:ascii="Times New Roman" w:eastAsiaTheme="majorEastAsia" w:hAnsi="Times New Roman" w:cs="Times New Roman"/>
          <w:sz w:val="24"/>
          <w:szCs w:val="24"/>
        </w:rPr>
        <w:t xml:space="preserve"> are committed to helping every student organization provide meaningful opportunities for leadership, service, and campus engagement.</w:t>
      </w:r>
    </w:p>
    <w:p w14:paraId="6C08CF82" w14:textId="77777777" w:rsidR="009A684C" w:rsidRDefault="009A684C" w:rsidP="00AA5A45">
      <w:pPr>
        <w:rPr>
          <w:rFonts w:ascii="Times New Roman" w:eastAsiaTheme="majorEastAsia" w:hAnsi="Times New Roman" w:cs="Times New Roman"/>
          <w:sz w:val="24"/>
          <w:szCs w:val="24"/>
        </w:rPr>
      </w:pPr>
    </w:p>
    <w:p w14:paraId="538FA7C7" w14:textId="19676709" w:rsidR="009A684C" w:rsidRPr="009A684C" w:rsidRDefault="009A684C" w:rsidP="00EA68FC">
      <w:pPr>
        <w:rPr>
          <w:rFonts w:ascii="Times New Roman" w:eastAsiaTheme="majorEastAsia" w:hAnsi="Times New Roman" w:cs="Times New Roman"/>
          <w:b/>
          <w:bCs/>
          <w:color w:val="4F81BD" w:themeColor="accent1"/>
          <w:sz w:val="24"/>
          <w:szCs w:val="24"/>
        </w:rPr>
      </w:pPr>
      <w:r w:rsidRPr="009A684C">
        <w:rPr>
          <w:rFonts w:ascii="Times New Roman" w:eastAsiaTheme="majorEastAsia" w:hAnsi="Times New Roman" w:cs="Times New Roman"/>
          <w:b/>
          <w:bCs/>
          <w:color w:val="4F81BD" w:themeColor="accent1"/>
          <w:sz w:val="24"/>
          <w:szCs w:val="24"/>
        </w:rPr>
        <w:t xml:space="preserve">Contact the Office </w:t>
      </w:r>
      <w:proofErr w:type="gramStart"/>
      <w:r w:rsidRPr="009A684C">
        <w:rPr>
          <w:rFonts w:ascii="Times New Roman" w:eastAsiaTheme="majorEastAsia" w:hAnsi="Times New Roman" w:cs="Times New Roman"/>
          <w:b/>
          <w:bCs/>
          <w:color w:val="4F81BD" w:themeColor="accent1"/>
          <w:sz w:val="24"/>
          <w:szCs w:val="24"/>
        </w:rPr>
        <w:t>Of</w:t>
      </w:r>
      <w:proofErr w:type="gramEnd"/>
      <w:r w:rsidRPr="009A684C">
        <w:rPr>
          <w:rFonts w:ascii="Times New Roman" w:eastAsiaTheme="majorEastAsia" w:hAnsi="Times New Roman" w:cs="Times New Roman"/>
          <w:b/>
          <w:bCs/>
          <w:color w:val="4F81BD" w:themeColor="accent1"/>
          <w:sz w:val="24"/>
          <w:szCs w:val="24"/>
        </w:rPr>
        <w:t xml:space="preserve"> Student Life:</w:t>
      </w:r>
    </w:p>
    <w:p w14:paraId="6D5444F0" w14:textId="77777777" w:rsidR="009A684C" w:rsidRDefault="009A684C" w:rsidP="00EA68FC">
      <w:pPr>
        <w:rPr>
          <w:rFonts w:ascii="Times New Roman" w:eastAsiaTheme="majorEastAsia" w:hAnsi="Times New Roman" w:cs="Times New Roman"/>
          <w:b/>
          <w:bCs/>
          <w:sz w:val="24"/>
          <w:szCs w:val="24"/>
        </w:rPr>
      </w:pPr>
    </w:p>
    <w:p w14:paraId="29FF10DD" w14:textId="53C2A582" w:rsidR="00AA5A45" w:rsidRPr="00AA5A45" w:rsidRDefault="00AA5A45" w:rsidP="00EA68FC">
      <w:pPr>
        <w:rPr>
          <w:rFonts w:ascii="Times New Roman" w:eastAsiaTheme="majorEastAsia" w:hAnsi="Times New Roman" w:cs="Times New Roman"/>
          <w:b/>
          <w:bCs/>
          <w:sz w:val="24"/>
          <w:szCs w:val="24"/>
        </w:rPr>
      </w:pPr>
      <w:r w:rsidRPr="00AA5A45">
        <w:rPr>
          <w:rFonts w:ascii="Times New Roman" w:eastAsiaTheme="majorEastAsia" w:hAnsi="Times New Roman" w:cs="Times New Roman"/>
          <w:b/>
          <w:bCs/>
          <w:sz w:val="24"/>
          <w:szCs w:val="24"/>
        </w:rPr>
        <w:t>Jackson Sorrells</w:t>
      </w:r>
    </w:p>
    <w:p w14:paraId="18543B5F" w14:textId="694ED644" w:rsidR="00EA68FC" w:rsidRPr="00AA5A45" w:rsidRDefault="00AA5A45" w:rsidP="00EA68FC">
      <w:pPr>
        <w:rPr>
          <w:rFonts w:ascii="Times New Roman" w:eastAsiaTheme="majorEastAsia" w:hAnsi="Times New Roman" w:cs="Times New Roman"/>
          <w:b/>
          <w:bCs/>
          <w:sz w:val="24"/>
          <w:szCs w:val="24"/>
        </w:rPr>
      </w:pPr>
      <w:r w:rsidRPr="00AA5A45">
        <w:rPr>
          <w:rFonts w:ascii="Times New Roman" w:eastAsiaTheme="majorEastAsia" w:hAnsi="Times New Roman" w:cs="Times New Roman"/>
          <w:b/>
          <w:bCs/>
          <w:sz w:val="24"/>
          <w:szCs w:val="24"/>
        </w:rPr>
        <w:t>Coordinator of Student Engagement &amp; Leadership</w:t>
      </w:r>
      <w:r w:rsidRPr="00AA5A45">
        <w:rPr>
          <w:rFonts w:ascii="Times New Roman" w:eastAsiaTheme="majorEastAsia" w:hAnsi="Times New Roman" w:cs="Times New Roman"/>
          <w:b/>
          <w:bCs/>
          <w:sz w:val="24"/>
          <w:szCs w:val="24"/>
        </w:rPr>
        <w:br/>
      </w:r>
      <w:r w:rsidRPr="00AA5A45">
        <w:rPr>
          <w:rFonts w:ascii="Times New Roman" w:eastAsiaTheme="majorEastAsia" w:hAnsi="Times New Roman" w:cs="Times New Roman"/>
          <w:b/>
          <w:bCs/>
          <w:sz w:val="24"/>
          <w:szCs w:val="24"/>
        </w:rPr>
        <w:t>Mountwest Community &amp; Technical College</w:t>
      </w:r>
    </w:p>
    <w:p w14:paraId="6D055577" w14:textId="4F499F9E" w:rsidR="00AA5A45" w:rsidRPr="00AA5A45" w:rsidRDefault="00AA5A45" w:rsidP="00EA68FC">
      <w:pPr>
        <w:rPr>
          <w:rFonts w:ascii="Times New Roman" w:eastAsiaTheme="majorEastAsia" w:hAnsi="Times New Roman" w:cs="Times New Roman"/>
          <w:b/>
          <w:bCs/>
          <w:sz w:val="24"/>
          <w:szCs w:val="24"/>
        </w:rPr>
      </w:pPr>
      <w:r w:rsidRPr="00AA5A45">
        <w:rPr>
          <w:rFonts w:ascii="Times New Roman" w:eastAsiaTheme="majorEastAsia" w:hAnsi="Times New Roman" w:cs="Times New Roman"/>
          <w:b/>
          <w:bCs/>
          <w:sz w:val="24"/>
          <w:szCs w:val="24"/>
        </w:rPr>
        <w:t>________________________________________</w:t>
      </w:r>
    </w:p>
    <w:p w14:paraId="220E3B62" w14:textId="566E192A" w:rsidR="00AA5A45" w:rsidRPr="00AA5A45" w:rsidRDefault="00AA5A45" w:rsidP="00EA68FC">
      <w:pPr>
        <w:rPr>
          <w:rFonts w:ascii="Times New Roman" w:eastAsiaTheme="majorEastAsia" w:hAnsi="Times New Roman" w:cs="Times New Roman"/>
          <w:b/>
          <w:bCs/>
          <w:sz w:val="24"/>
          <w:szCs w:val="24"/>
        </w:rPr>
      </w:pPr>
      <w:r w:rsidRPr="00AA5A45">
        <w:rPr>
          <w:rFonts w:ascii="Times New Roman" w:eastAsiaTheme="majorEastAsia" w:hAnsi="Times New Roman" w:cs="Times New Roman"/>
          <w:b/>
          <w:bCs/>
          <w:sz w:val="24"/>
          <w:szCs w:val="24"/>
        </w:rPr>
        <w:t>304-710-3375</w:t>
      </w:r>
    </w:p>
    <w:p w14:paraId="16D966B1" w14:textId="0DE2DAE9" w:rsidR="00AA5A45" w:rsidRPr="00AA5A45" w:rsidRDefault="00AA5A45" w:rsidP="00EA68FC">
      <w:pPr>
        <w:rPr>
          <w:rFonts w:ascii="Times New Roman" w:eastAsiaTheme="majorEastAsia" w:hAnsi="Times New Roman" w:cs="Times New Roman"/>
          <w:b/>
          <w:bCs/>
          <w:sz w:val="24"/>
          <w:szCs w:val="24"/>
        </w:rPr>
      </w:pPr>
      <w:hyperlink r:id="rId9" w:history="1">
        <w:r w:rsidRPr="00AA5A45">
          <w:rPr>
            <w:rStyle w:val="Hyperlink"/>
            <w:rFonts w:ascii="Times New Roman" w:eastAsiaTheme="majorEastAsia" w:hAnsi="Times New Roman" w:cs="Times New Roman"/>
            <w:b/>
            <w:bCs/>
            <w:sz w:val="24"/>
            <w:szCs w:val="24"/>
          </w:rPr>
          <w:t>Sorrellsr@mctc.edu</w:t>
        </w:r>
      </w:hyperlink>
    </w:p>
    <w:p w14:paraId="397BED9F" w14:textId="65A65B16" w:rsidR="00EA68FC" w:rsidRPr="00AA5A45" w:rsidRDefault="00AA5A45" w:rsidP="00EA68FC">
      <w:pPr>
        <w:rPr>
          <w:rFonts w:ascii="Times New Roman" w:eastAsiaTheme="majorEastAsia" w:hAnsi="Times New Roman" w:cs="Times New Roman"/>
          <w:b/>
          <w:bCs/>
          <w:sz w:val="24"/>
          <w:szCs w:val="24"/>
        </w:rPr>
      </w:pPr>
      <w:r w:rsidRPr="00AA5A45">
        <w:rPr>
          <w:rFonts w:ascii="Times New Roman" w:eastAsiaTheme="majorEastAsia" w:hAnsi="Times New Roman" w:cs="Times New Roman"/>
          <w:b/>
          <w:bCs/>
          <w:sz w:val="24"/>
          <w:szCs w:val="24"/>
        </w:rPr>
        <w:t>One Mountwest Way, Huntington, WV 25701</w:t>
      </w:r>
    </w:p>
    <w:p w14:paraId="4AE7C50F" w14:textId="77777777" w:rsidR="006C66B5" w:rsidRDefault="006C66B5" w:rsidP="00EA68FC"/>
    <w:p w14:paraId="0A48E8F1" w14:textId="77777777" w:rsidR="009A684C" w:rsidRDefault="009A684C" w:rsidP="00EA68FC"/>
    <w:p w14:paraId="0D793D3F" w14:textId="77777777" w:rsidR="009A684C" w:rsidRDefault="009A684C" w:rsidP="00EA68FC"/>
    <w:p w14:paraId="21FC099C" w14:textId="3939F425" w:rsidR="006C66B5" w:rsidRDefault="006C66B5" w:rsidP="006C66B5">
      <w:r>
        <w:rPr>
          <w:noProof/>
        </w:rPr>
        <w:lastRenderedPageBreak/>
        <w:drawing>
          <wp:inline distT="0" distB="0" distL="0" distR="0" wp14:anchorId="239C3CDC" wp14:editId="3BD7961E">
            <wp:extent cx="3095625" cy="4266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46954" cy="433715"/>
                    </a:xfrm>
                    <a:prstGeom prst="rect">
                      <a:avLst/>
                    </a:prstGeom>
                  </pic:spPr>
                </pic:pic>
              </a:graphicData>
            </a:graphic>
          </wp:inline>
        </w:drawing>
      </w:r>
      <w:r>
        <w:tab/>
      </w:r>
      <w:r>
        <w:tab/>
      </w:r>
      <w:r w:rsidRPr="00F364A2">
        <w:rPr>
          <w:rFonts w:ascii="Times New Roman" w:hAnsi="Times New Roman" w:cs="Times New Roman"/>
        </w:rPr>
        <w:t>Office of Student Activities</w:t>
      </w:r>
    </w:p>
    <w:p w14:paraId="5D09704D" w14:textId="77777777" w:rsidR="006C66B5" w:rsidRDefault="006C66B5" w:rsidP="006C66B5">
      <w:pPr>
        <w:jc w:val="center"/>
        <w:rPr>
          <w:rFonts w:ascii="Times New Roman" w:hAnsi="Times New Roman" w:cs="Times New Roman"/>
          <w:b/>
          <w:bCs/>
          <w:sz w:val="28"/>
          <w:szCs w:val="28"/>
        </w:rPr>
      </w:pPr>
      <w:r w:rsidRPr="00F364A2">
        <w:rPr>
          <w:rFonts w:ascii="Times New Roman" w:hAnsi="Times New Roman" w:cs="Times New Roman"/>
          <w:b/>
          <w:bCs/>
          <w:sz w:val="28"/>
          <w:szCs w:val="28"/>
        </w:rPr>
        <w:t xml:space="preserve">Intent to Organize Form </w:t>
      </w:r>
    </w:p>
    <w:p w14:paraId="4E261084" w14:textId="77777777" w:rsidR="006C66B5" w:rsidRPr="00F364A2" w:rsidRDefault="006C66B5" w:rsidP="006C66B5">
      <w:pPr>
        <w:jc w:val="center"/>
        <w:rPr>
          <w:rFonts w:ascii="Times New Roman" w:hAnsi="Times New Roman" w:cs="Times New Roman"/>
          <w:b/>
          <w:bCs/>
          <w:sz w:val="28"/>
          <w:szCs w:val="28"/>
        </w:rPr>
      </w:pPr>
    </w:p>
    <w:p w14:paraId="255469ED" w14:textId="7DEA8FAD" w:rsidR="006C66B5" w:rsidRPr="000B6E78" w:rsidRDefault="006C66B5" w:rsidP="006C66B5">
      <w:pPr>
        <w:rPr>
          <w:rFonts w:ascii="Times New Roman" w:hAnsi="Times New Roman" w:cs="Times New Roman"/>
        </w:rPr>
      </w:pPr>
      <w:r w:rsidRPr="000B6E78">
        <w:rPr>
          <w:rFonts w:ascii="Times New Roman" w:hAnsi="Times New Roman" w:cs="Times New Roman"/>
          <w:b/>
          <w:bCs/>
        </w:rPr>
        <w:t>Date of Application</w:t>
      </w:r>
      <w:r w:rsidRPr="000B6E78">
        <w:rPr>
          <w:rFonts w:ascii="Times New Roman" w:hAnsi="Times New Roman" w:cs="Times New Roman"/>
        </w:rPr>
        <w:t>: ________</w:t>
      </w:r>
      <w:r>
        <w:rPr>
          <w:rFonts w:ascii="Times New Roman" w:hAnsi="Times New Roman" w:cs="Times New Roman"/>
        </w:rPr>
        <w:tab/>
      </w:r>
      <w:r w:rsidRPr="000B6E78">
        <w:rPr>
          <w:rFonts w:ascii="Times New Roman" w:hAnsi="Times New Roman" w:cs="Times New Roman"/>
          <w:b/>
          <w:bCs/>
        </w:rPr>
        <w:t>Proposed Name of Club</w:t>
      </w:r>
      <w:r w:rsidRPr="000B6E78">
        <w:rPr>
          <w:rFonts w:ascii="Times New Roman" w:hAnsi="Times New Roman" w:cs="Times New Roman"/>
        </w:rPr>
        <w:t>: ________________________</w:t>
      </w:r>
    </w:p>
    <w:p w14:paraId="32707800" w14:textId="351BEE8E" w:rsidR="006C66B5" w:rsidRPr="000B6E78" w:rsidRDefault="006C66B5" w:rsidP="006C66B5">
      <w:pPr>
        <w:rPr>
          <w:rFonts w:ascii="Times New Roman" w:hAnsi="Times New Roman" w:cs="Times New Roman"/>
        </w:rPr>
      </w:pPr>
      <w:r w:rsidRPr="000B6E78">
        <w:rPr>
          <w:rFonts w:ascii="Times New Roman" w:hAnsi="Times New Roman" w:cs="Times New Roman"/>
          <w:b/>
          <w:bCs/>
        </w:rPr>
        <w:t>Student Organizer</w:t>
      </w:r>
      <w:r w:rsidRPr="000B6E78">
        <w:rPr>
          <w:rFonts w:ascii="Times New Roman" w:hAnsi="Times New Roman" w:cs="Times New Roman"/>
        </w:rPr>
        <w:t>: ______________________________________________</w:t>
      </w:r>
      <w:r w:rsidR="00AA5A45">
        <w:rPr>
          <w:rFonts w:ascii="Times New Roman" w:hAnsi="Times New Roman" w:cs="Times New Roman"/>
        </w:rPr>
        <w:t>_________</w:t>
      </w:r>
    </w:p>
    <w:p w14:paraId="1FB855BE" w14:textId="07C2509C" w:rsidR="006C66B5" w:rsidRDefault="006C66B5" w:rsidP="006C66B5">
      <w:pPr>
        <w:rPr>
          <w:rFonts w:ascii="Times New Roman" w:hAnsi="Times New Roman" w:cs="Times New Roman"/>
          <w:b/>
          <w:bCs/>
        </w:rPr>
      </w:pPr>
      <w:r w:rsidRPr="000B6E78">
        <w:rPr>
          <w:rFonts w:ascii="Times New Roman" w:hAnsi="Times New Roman" w:cs="Times New Roman"/>
          <w:b/>
          <w:bCs/>
          <w:noProof/>
        </w:rPr>
        <mc:AlternateContent>
          <mc:Choice Requires="wps">
            <w:drawing>
              <wp:anchor distT="45720" distB="45720" distL="114300" distR="114300" simplePos="0" relativeHeight="251640832" behindDoc="0" locked="0" layoutInCell="1" allowOverlap="1" wp14:anchorId="58A6E0B4" wp14:editId="5A3791C9">
                <wp:simplePos x="0" y="0"/>
                <wp:positionH relativeFrom="column">
                  <wp:posOffset>28575</wp:posOffset>
                </wp:positionH>
                <wp:positionV relativeFrom="paragraph">
                  <wp:posOffset>694690</wp:posOffset>
                </wp:positionV>
                <wp:extent cx="6267450" cy="9906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90600"/>
                        </a:xfrm>
                        <a:prstGeom prst="rect">
                          <a:avLst/>
                        </a:prstGeom>
                        <a:solidFill>
                          <a:srgbClr val="FFFFFF"/>
                        </a:solidFill>
                        <a:ln w="9525">
                          <a:solidFill>
                            <a:srgbClr val="000000"/>
                          </a:solidFill>
                          <a:miter lim="800000"/>
                          <a:headEnd/>
                          <a:tailEnd/>
                        </a:ln>
                      </wps:spPr>
                      <wps:txbx>
                        <w:txbxContent>
                          <w:p w14:paraId="2214BEB1" w14:textId="77777777" w:rsidR="006C66B5" w:rsidRDefault="006C66B5" w:rsidP="006C66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A6E0B4" id="_x0000_t202" coordsize="21600,21600" o:spt="202" path="m,l,21600r21600,l21600,xe">
                <v:stroke joinstyle="miter"/>
                <v:path gradientshapeok="t" o:connecttype="rect"/>
              </v:shapetype>
              <v:shape id="Text Box 2" o:spid="_x0000_s1026" type="#_x0000_t202" style="position:absolute;margin-left:2.25pt;margin-top:54.7pt;width:493.5pt;height:78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">
                <v:textbox>
                  <w:txbxContent>
                    <w:p w14:paraId="2214BEB1" w14:textId="77777777" w:rsidR="006C66B5" w:rsidRDefault="006C66B5" w:rsidP="006C66B5"/>
                  </w:txbxContent>
                </v:textbox>
                <w10:wrap type="square"/>
              </v:shape>
            </w:pict>
          </mc:Fallback>
        </mc:AlternateContent>
      </w:r>
      <w:r w:rsidRPr="000B6E78">
        <w:rPr>
          <w:rFonts w:ascii="Times New Roman" w:hAnsi="Times New Roman" w:cs="Times New Roman"/>
          <w:b/>
          <w:bCs/>
        </w:rPr>
        <w:t>Student MCTC Email</w:t>
      </w:r>
      <w:r w:rsidRPr="000B6E78">
        <w:rPr>
          <w:rFonts w:ascii="Times New Roman" w:hAnsi="Times New Roman" w:cs="Times New Roman"/>
        </w:rPr>
        <w:t>: ____________________________</w:t>
      </w:r>
      <w:r w:rsidR="00AA5A45">
        <w:rPr>
          <w:rFonts w:ascii="Times New Roman" w:hAnsi="Times New Roman" w:cs="Times New Roman"/>
        </w:rPr>
        <w:t>_____________</w:t>
      </w:r>
      <w:r w:rsidRPr="000B6E78">
        <w:rPr>
          <w:rFonts w:ascii="Times New Roman" w:hAnsi="Times New Roman" w:cs="Times New Roman"/>
        </w:rPr>
        <w:t>_</w:t>
      </w:r>
      <w:r w:rsidRPr="000B6E78">
        <w:rPr>
          <w:rFonts w:ascii="Times New Roman" w:hAnsi="Times New Roman" w:cs="Times New Roman"/>
          <w:b/>
          <w:bCs/>
        </w:rPr>
        <w:t xml:space="preserve">@mctc.edu </w:t>
      </w:r>
    </w:p>
    <w:p w14:paraId="7DBE2745" w14:textId="64D199F3" w:rsidR="006C66B5" w:rsidRPr="000B6E78" w:rsidRDefault="006C66B5" w:rsidP="006C66B5">
      <w:pPr>
        <w:rPr>
          <w:rFonts w:ascii="Times New Roman" w:hAnsi="Times New Roman" w:cs="Times New Roman"/>
        </w:rPr>
      </w:pPr>
      <w:r w:rsidRPr="000B6E78">
        <w:rPr>
          <w:rFonts w:ascii="Times New Roman" w:hAnsi="Times New Roman" w:cs="Times New Roman"/>
          <w:b/>
          <w:bCs/>
        </w:rPr>
        <w:t>Describe in detail the club’s purpose</w:t>
      </w:r>
      <w:r w:rsidRPr="000B6E78">
        <w:rPr>
          <w:rFonts w:ascii="Times New Roman" w:hAnsi="Times New Roman" w:cs="Times New Roman"/>
        </w:rPr>
        <w:t>:</w:t>
      </w:r>
    </w:p>
    <w:p w14:paraId="02F58CB0" w14:textId="580BF763" w:rsidR="006C66B5" w:rsidRPr="006C66B5" w:rsidRDefault="006C66B5" w:rsidP="006C66B5">
      <w:pPr>
        <w:rPr>
          <w:rFonts w:ascii="Times New Roman" w:hAnsi="Times New Roman" w:cs="Times New Roman"/>
        </w:rPr>
      </w:pPr>
      <w:r w:rsidRPr="006C66B5">
        <w:rPr>
          <w:rFonts w:ascii="Times New Roman" w:hAnsi="Times New Roman" w:cs="Times New Roman"/>
          <w:b/>
          <w:bCs/>
          <w:noProof/>
        </w:rPr>
        <mc:AlternateContent>
          <mc:Choice Requires="wps">
            <w:drawing>
              <wp:anchor distT="45720" distB="45720" distL="114300" distR="114300" simplePos="0" relativeHeight="251646976" behindDoc="0" locked="0" layoutInCell="1" allowOverlap="1" wp14:anchorId="4FF4B3BA" wp14:editId="50EE4741">
                <wp:simplePos x="0" y="0"/>
                <wp:positionH relativeFrom="margin">
                  <wp:posOffset>0</wp:posOffset>
                </wp:positionH>
                <wp:positionV relativeFrom="paragraph">
                  <wp:posOffset>1493520</wp:posOffset>
                </wp:positionV>
                <wp:extent cx="6267450" cy="9906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90600"/>
                        </a:xfrm>
                        <a:prstGeom prst="rect">
                          <a:avLst/>
                        </a:prstGeom>
                        <a:solidFill>
                          <a:srgbClr val="FFFFFF"/>
                        </a:solidFill>
                        <a:ln w="9525">
                          <a:solidFill>
                            <a:srgbClr val="000000"/>
                          </a:solidFill>
                          <a:miter lim="800000"/>
                          <a:headEnd/>
                          <a:tailEnd/>
                        </a:ln>
                      </wps:spPr>
                      <wps:txbx>
                        <w:txbxContent>
                          <w:p w14:paraId="10E450CA" w14:textId="77777777" w:rsidR="006C66B5" w:rsidRDefault="006C66B5" w:rsidP="006C66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4B3BA" id="_x0000_s1027" type="#_x0000_t202" style="position:absolute;margin-left:0;margin-top:117.6pt;width:493.5pt;height:78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">
                <v:textbox>
                  <w:txbxContent>
                    <w:p w14:paraId="10E450CA" w14:textId="77777777" w:rsidR="006C66B5" w:rsidRDefault="006C66B5" w:rsidP="006C66B5"/>
                  </w:txbxContent>
                </v:textbox>
                <w10:wrap type="square" anchorx="margin"/>
              </v:shape>
            </w:pict>
          </mc:Fallback>
        </mc:AlternateContent>
      </w:r>
      <w:r w:rsidRPr="006C66B5">
        <w:rPr>
          <w:rFonts w:ascii="Times New Roman" w:hAnsi="Times New Roman" w:cs="Times New Roman"/>
          <w:b/>
          <w:bCs/>
        </w:rPr>
        <w:t>Describe the “need” on campus which this club will fill</w:t>
      </w:r>
      <w:r w:rsidRPr="006C66B5">
        <w:rPr>
          <w:rFonts w:ascii="Times New Roman" w:hAnsi="Times New Roman" w:cs="Times New Roman"/>
        </w:rPr>
        <w:t>:</w:t>
      </w:r>
    </w:p>
    <w:p w14:paraId="2122F0EA" w14:textId="7B8EEEF5" w:rsidR="006C66B5" w:rsidRPr="006C66B5" w:rsidRDefault="006C66B5" w:rsidP="006C66B5">
      <w:pPr>
        <w:rPr>
          <w:rFonts w:ascii="Times New Roman" w:hAnsi="Times New Roman" w:cs="Times New Roman"/>
          <w:sz w:val="20"/>
          <w:szCs w:val="20"/>
        </w:rPr>
      </w:pPr>
      <w:r>
        <w:rPr>
          <w:rFonts w:ascii="Times New Roman" w:hAnsi="Times New Roman" w:cs="Times New Roman"/>
        </w:rPr>
        <w:br/>
      </w:r>
      <w:r w:rsidRPr="006C66B5">
        <w:rPr>
          <w:rFonts w:ascii="Times New Roman" w:hAnsi="Times New Roman" w:cs="Times New Roman"/>
          <w:b/>
          <w:bCs/>
          <w:sz w:val="20"/>
          <w:szCs w:val="20"/>
        </w:rPr>
        <w:t xml:space="preserve">What is the proposed schedule </w:t>
      </w:r>
      <w:proofErr w:type="gramStart"/>
      <w:r w:rsidRPr="006C66B5">
        <w:rPr>
          <w:rFonts w:ascii="Times New Roman" w:hAnsi="Times New Roman" w:cs="Times New Roman"/>
          <w:b/>
          <w:bCs/>
          <w:sz w:val="20"/>
          <w:szCs w:val="20"/>
        </w:rPr>
        <w:t>of</w:t>
      </w:r>
      <w:proofErr w:type="gramEnd"/>
      <w:r w:rsidRPr="006C66B5">
        <w:rPr>
          <w:rFonts w:ascii="Times New Roman" w:hAnsi="Times New Roman" w:cs="Times New Roman"/>
          <w:b/>
          <w:bCs/>
          <w:sz w:val="20"/>
          <w:szCs w:val="20"/>
        </w:rPr>
        <w:t xml:space="preserve"> the meetings</w:t>
      </w:r>
      <w:r w:rsidRPr="006C66B5">
        <w:rPr>
          <w:rFonts w:ascii="Times New Roman" w:hAnsi="Times New Roman" w:cs="Times New Roman"/>
          <w:sz w:val="20"/>
          <w:szCs w:val="20"/>
        </w:rPr>
        <w:t>? (Weekly, monthly, etc.)</w:t>
      </w:r>
      <w:r w:rsidRPr="006C66B5">
        <w:rPr>
          <w:rFonts w:ascii="Times New Roman" w:hAnsi="Times New Roman" w:cs="Times New Roman"/>
          <w:sz w:val="20"/>
          <w:szCs w:val="20"/>
        </w:rPr>
        <w:t xml:space="preserve"> </w:t>
      </w:r>
      <w:r w:rsidRPr="006C66B5">
        <w:rPr>
          <w:rFonts w:ascii="Times New Roman" w:hAnsi="Times New Roman" w:cs="Times New Roman"/>
          <w:sz w:val="20"/>
          <w:szCs w:val="20"/>
        </w:rPr>
        <w:t>__________________</w:t>
      </w:r>
    </w:p>
    <w:p w14:paraId="54810498" w14:textId="6B3B0033" w:rsidR="006C66B5" w:rsidRPr="006C66B5" w:rsidRDefault="006C66B5" w:rsidP="006C66B5">
      <w:pPr>
        <w:rPr>
          <w:rFonts w:ascii="Times New Roman" w:hAnsi="Times New Roman" w:cs="Times New Roman"/>
          <w:sz w:val="20"/>
          <w:szCs w:val="20"/>
        </w:rPr>
      </w:pPr>
      <w:r w:rsidRPr="006C66B5">
        <w:rPr>
          <w:rFonts w:ascii="Times New Roman" w:hAnsi="Times New Roman" w:cs="Times New Roman"/>
          <w:b/>
          <w:bCs/>
          <w:sz w:val="20"/>
          <w:szCs w:val="20"/>
        </w:rPr>
        <w:t>Advisor’s Name</w:t>
      </w:r>
      <w:r w:rsidRPr="006C66B5">
        <w:rPr>
          <w:rFonts w:ascii="Times New Roman" w:hAnsi="Times New Roman" w:cs="Times New Roman"/>
          <w:sz w:val="20"/>
          <w:szCs w:val="20"/>
        </w:rPr>
        <w:t>: ___________________________________</w:t>
      </w:r>
    </w:p>
    <w:p w14:paraId="749A25EA" w14:textId="77777777" w:rsidR="006C66B5" w:rsidRPr="006C66B5" w:rsidRDefault="006C66B5" w:rsidP="006C66B5">
      <w:pPr>
        <w:rPr>
          <w:rFonts w:ascii="Times New Roman" w:hAnsi="Times New Roman" w:cs="Times New Roman"/>
          <w:sz w:val="20"/>
          <w:szCs w:val="20"/>
        </w:rPr>
      </w:pPr>
      <w:r w:rsidRPr="006C66B5">
        <w:rPr>
          <w:rFonts w:ascii="Times New Roman" w:hAnsi="Times New Roman" w:cs="Times New Roman"/>
          <w:b/>
          <w:bCs/>
          <w:sz w:val="20"/>
          <w:szCs w:val="20"/>
        </w:rPr>
        <w:t>Advisor’s MCTC email</w:t>
      </w:r>
      <w:r w:rsidRPr="006C66B5">
        <w:rPr>
          <w:rFonts w:ascii="Times New Roman" w:hAnsi="Times New Roman" w:cs="Times New Roman"/>
          <w:sz w:val="20"/>
          <w:szCs w:val="20"/>
        </w:rPr>
        <w:t>: _____________________________</w:t>
      </w:r>
      <w:r w:rsidRPr="006C66B5">
        <w:rPr>
          <w:rFonts w:ascii="Times New Roman" w:hAnsi="Times New Roman" w:cs="Times New Roman"/>
          <w:b/>
          <w:bCs/>
          <w:sz w:val="20"/>
          <w:szCs w:val="20"/>
        </w:rPr>
        <w:t>@mctc.edu</w:t>
      </w:r>
      <w:r w:rsidRPr="006C66B5">
        <w:rPr>
          <w:rFonts w:ascii="Times New Roman" w:hAnsi="Times New Roman" w:cs="Times New Roman"/>
          <w:sz w:val="20"/>
          <w:szCs w:val="20"/>
        </w:rPr>
        <w:t xml:space="preserve">   </w:t>
      </w:r>
    </w:p>
    <w:p w14:paraId="7315BA62" w14:textId="0CC86CDF" w:rsidR="006C66B5" w:rsidRPr="00CE1881" w:rsidRDefault="006C66B5" w:rsidP="00CE1881">
      <w:pPr>
        <w:jc w:val="center"/>
        <w:rPr>
          <w:rFonts w:ascii="Times New Roman" w:hAnsi="Times New Roman" w:cs="Times New Roman"/>
          <w:sz w:val="20"/>
          <w:szCs w:val="20"/>
        </w:rPr>
      </w:pPr>
      <w:r w:rsidRPr="00CE1881">
        <w:rPr>
          <w:rFonts w:ascii="Times New Roman" w:hAnsi="Times New Roman" w:cs="Times New Roman"/>
        </w:rPr>
        <w:t xml:space="preserve">After the end of the semester, you will need to complete the New Chartering Form for your club to become official. You have the semester to gather members and to advertise your club. You will be responsible for sending the copies of the club’s constitution, bylaws and membership list by the end of the semester. You must have </w:t>
      </w:r>
      <w:r w:rsidRPr="00CE1881">
        <w:rPr>
          <w:rFonts w:ascii="Times New Roman" w:hAnsi="Times New Roman" w:cs="Times New Roman"/>
          <w:b/>
          <w:bCs/>
          <w:u w:val="single"/>
        </w:rPr>
        <w:t>3</w:t>
      </w:r>
      <w:r w:rsidRPr="00CE1881">
        <w:rPr>
          <w:rFonts w:ascii="Times New Roman" w:hAnsi="Times New Roman" w:cs="Times New Roman"/>
          <w:u w:val="single"/>
        </w:rPr>
        <w:t xml:space="preserve"> active members</w:t>
      </w:r>
      <w:r w:rsidRPr="00CE1881">
        <w:rPr>
          <w:rFonts w:ascii="Times New Roman" w:hAnsi="Times New Roman" w:cs="Times New Roman"/>
        </w:rPr>
        <w:t xml:space="preserve"> of the club and </w:t>
      </w:r>
      <w:r w:rsidRPr="00CE1881">
        <w:rPr>
          <w:rFonts w:ascii="Times New Roman" w:hAnsi="Times New Roman" w:cs="Times New Roman"/>
          <w:b/>
          <w:bCs/>
          <w:u w:val="single"/>
        </w:rPr>
        <w:t>1</w:t>
      </w:r>
      <w:r w:rsidRPr="00CE1881">
        <w:rPr>
          <w:rFonts w:ascii="Times New Roman" w:hAnsi="Times New Roman" w:cs="Times New Roman"/>
          <w:u w:val="single"/>
        </w:rPr>
        <w:t xml:space="preserve"> </w:t>
      </w:r>
      <w:r w:rsidR="00CE1881" w:rsidRPr="00CE1881">
        <w:rPr>
          <w:rFonts w:ascii="Times New Roman" w:hAnsi="Times New Roman" w:cs="Times New Roman"/>
          <w:u w:val="single"/>
        </w:rPr>
        <w:t>advisor,</w:t>
      </w:r>
      <w:r w:rsidRPr="00CE1881">
        <w:rPr>
          <w:rFonts w:ascii="Times New Roman" w:hAnsi="Times New Roman" w:cs="Times New Roman"/>
        </w:rPr>
        <w:t xml:space="preserve"> that is faculty or staff. By signing this, you understand the requirements of student organizations and will complete those necessary requirements.</w:t>
      </w:r>
      <w:r w:rsidRPr="000B6E78">
        <w:rPr>
          <w:rFonts w:ascii="Times New Roman" w:hAnsi="Times New Roman" w:cs="Times New Roman"/>
        </w:rPr>
        <w:br/>
      </w:r>
      <w:r w:rsidRPr="000B6E78">
        <w:rPr>
          <w:rFonts w:ascii="Times New Roman" w:hAnsi="Times New Roman" w:cs="Times New Roman"/>
          <w:b/>
          <w:bCs/>
        </w:rPr>
        <w:t>Student Organizer Signature</w:t>
      </w:r>
      <w:r w:rsidRPr="000B6E78">
        <w:rPr>
          <w:rFonts w:ascii="Times New Roman" w:hAnsi="Times New Roman" w:cs="Times New Roman"/>
        </w:rPr>
        <w:t xml:space="preserve">: _________________________________ </w:t>
      </w:r>
      <w:r w:rsidR="00CE1881" w:rsidRPr="000B6E78">
        <w:rPr>
          <w:rFonts w:ascii="Times New Roman" w:hAnsi="Times New Roman" w:cs="Times New Roman"/>
          <w:b/>
          <w:bCs/>
        </w:rPr>
        <w:t>Date</w:t>
      </w:r>
      <w:r w:rsidR="00CE1881" w:rsidRPr="000B6E78">
        <w:rPr>
          <w:rFonts w:ascii="Times New Roman" w:hAnsi="Times New Roman" w:cs="Times New Roman"/>
        </w:rPr>
        <w:t xml:space="preserve">: </w:t>
      </w:r>
      <w:r w:rsidRPr="000B6E78">
        <w:rPr>
          <w:rFonts w:ascii="Times New Roman" w:hAnsi="Times New Roman" w:cs="Times New Roman"/>
        </w:rPr>
        <w:t>_________</w:t>
      </w:r>
      <w:r w:rsidRPr="000B6E78">
        <w:rPr>
          <w:rFonts w:ascii="Times New Roman" w:hAnsi="Times New Roman" w:cs="Times New Roman"/>
        </w:rPr>
        <w:br/>
      </w:r>
      <w:r w:rsidRPr="000B6E78">
        <w:rPr>
          <w:rFonts w:ascii="Times New Roman" w:hAnsi="Times New Roman" w:cs="Times New Roman"/>
        </w:rPr>
        <w:br/>
      </w:r>
      <w:r w:rsidRPr="000B6E78">
        <w:rPr>
          <w:rFonts w:ascii="Times New Roman" w:hAnsi="Times New Roman" w:cs="Times New Roman"/>
          <w:b/>
          <w:bCs/>
        </w:rPr>
        <w:t>Advisor Signature</w:t>
      </w:r>
      <w:r w:rsidRPr="000B6E78">
        <w:rPr>
          <w:rFonts w:ascii="Times New Roman" w:hAnsi="Times New Roman" w:cs="Times New Roman"/>
        </w:rPr>
        <w:t xml:space="preserve">: </w:t>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t>__________________</w:t>
      </w:r>
      <w:r w:rsidR="00CE1881">
        <w:rPr>
          <w:rFonts w:ascii="Times New Roman" w:hAnsi="Times New Roman" w:cs="Times New Roman"/>
        </w:rPr>
        <w:t>___</w:t>
      </w:r>
      <w:r w:rsidRPr="000B6E78">
        <w:rPr>
          <w:rFonts w:ascii="Times New Roman" w:hAnsi="Times New Roman" w:cs="Times New Roman"/>
        </w:rPr>
        <w:t>_____________________</w:t>
      </w:r>
      <w:r w:rsidRPr="000B6E78">
        <w:rPr>
          <w:rFonts w:ascii="Times New Roman" w:hAnsi="Times New Roman" w:cs="Times New Roman"/>
          <w:b/>
          <w:bCs/>
        </w:rPr>
        <w:t xml:space="preserve"> Date</w:t>
      </w:r>
      <w:r w:rsidRPr="000B6E78">
        <w:rPr>
          <w:rFonts w:ascii="Times New Roman" w:hAnsi="Times New Roman" w:cs="Times New Roman"/>
        </w:rPr>
        <w:t>: __________</w:t>
      </w:r>
    </w:p>
    <w:p w14:paraId="47C1870F" w14:textId="77777777" w:rsidR="00EA68FC" w:rsidRDefault="00EA68FC" w:rsidP="00EA68FC"/>
    <w:p w14:paraId="701629A3" w14:textId="239C60E4" w:rsidR="00CE1881" w:rsidRDefault="00CE1881" w:rsidP="00CE1881">
      <w:r>
        <w:rPr>
          <w:noProof/>
        </w:rPr>
        <w:lastRenderedPageBreak/>
        <w:drawing>
          <wp:inline distT="0" distB="0" distL="0" distR="0" wp14:anchorId="37F0E996" wp14:editId="303DE421">
            <wp:extent cx="3095625" cy="42664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46954" cy="433715"/>
                    </a:xfrm>
                    <a:prstGeom prst="rect">
                      <a:avLst/>
                    </a:prstGeom>
                  </pic:spPr>
                </pic:pic>
              </a:graphicData>
            </a:graphic>
          </wp:inline>
        </w:drawing>
      </w:r>
      <w:r>
        <w:tab/>
      </w:r>
      <w:r>
        <w:tab/>
      </w:r>
      <w:r w:rsidRPr="007E7A36">
        <w:rPr>
          <w:rFonts w:ascii="Times New Roman" w:hAnsi="Times New Roman" w:cs="Times New Roman"/>
          <w:sz w:val="24"/>
          <w:szCs w:val="24"/>
        </w:rPr>
        <w:t>Office of Student Activities</w:t>
      </w:r>
    </w:p>
    <w:p w14:paraId="1D483DBD" w14:textId="77777777" w:rsidR="00CE1881" w:rsidRPr="007E7A36" w:rsidRDefault="00CE1881" w:rsidP="00CE1881">
      <w:pPr>
        <w:jc w:val="center"/>
        <w:rPr>
          <w:rFonts w:ascii="Times New Roman" w:hAnsi="Times New Roman" w:cs="Times New Roman"/>
          <w:b/>
          <w:bCs/>
          <w:sz w:val="24"/>
          <w:szCs w:val="24"/>
        </w:rPr>
      </w:pPr>
      <w:r w:rsidRPr="009E16F1">
        <w:rPr>
          <w:rFonts w:ascii="Times New Roman" w:hAnsi="Times New Roman" w:cs="Times New Roman"/>
          <w:b/>
          <w:bCs/>
          <w:sz w:val="28"/>
          <w:szCs w:val="28"/>
        </w:rPr>
        <w:t>New Chartering Form</w:t>
      </w:r>
      <w:r>
        <w:rPr>
          <w:rFonts w:ascii="Times New Roman" w:hAnsi="Times New Roman" w:cs="Times New Roman"/>
          <w:b/>
          <w:bCs/>
          <w:sz w:val="24"/>
          <w:szCs w:val="24"/>
        </w:rPr>
        <w:br/>
      </w:r>
    </w:p>
    <w:p w14:paraId="7775484F" w14:textId="635F1A78"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Name of Student Organization: __________________________________________________________</w:t>
      </w:r>
      <w:r w:rsidR="00AA5A45">
        <w:rPr>
          <w:rFonts w:ascii="Times New Roman" w:hAnsi="Times New Roman" w:cs="Times New Roman"/>
          <w:sz w:val="24"/>
          <w:szCs w:val="24"/>
        </w:rPr>
        <w:t>__</w:t>
      </w:r>
    </w:p>
    <w:p w14:paraId="66BABB87" w14:textId="3C2D8317" w:rsidR="00CE1881"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Advisor(s):  __________________________________________________</w:t>
      </w:r>
    </w:p>
    <w:p w14:paraId="75BF1484" w14:textId="77777777" w:rsidR="00CE1881" w:rsidRDefault="00CE1881" w:rsidP="00CE1881">
      <w:pPr>
        <w:jc w:val="center"/>
        <w:rPr>
          <w:rFonts w:ascii="Times New Roman" w:hAnsi="Times New Roman" w:cs="Times New Roman"/>
          <w:sz w:val="24"/>
          <w:szCs w:val="24"/>
        </w:rPr>
      </w:pPr>
    </w:p>
    <w:p w14:paraId="0A528328" w14:textId="7A7F03BB" w:rsidR="00CE1881" w:rsidRPr="007E7A36" w:rsidRDefault="00CE1881" w:rsidP="00CE1881">
      <w:pPr>
        <w:jc w:val="center"/>
        <w:rPr>
          <w:rFonts w:ascii="Times New Roman" w:hAnsi="Times New Roman" w:cs="Times New Roman"/>
          <w:sz w:val="24"/>
          <w:szCs w:val="24"/>
        </w:rPr>
      </w:pPr>
      <w:r w:rsidRPr="007E7A36">
        <w:rPr>
          <w:rFonts w:ascii="Times New Roman" w:hAnsi="Times New Roman" w:cs="Times New Roman"/>
          <w:sz w:val="24"/>
          <w:szCs w:val="24"/>
        </w:rPr>
        <w:t>Members</w:t>
      </w:r>
    </w:p>
    <w:p w14:paraId="1A7E5F0A" w14:textId="00669969"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President: _________________________________________</w:t>
      </w:r>
      <w:r w:rsidR="00AA5A45">
        <w:rPr>
          <w:rFonts w:ascii="Times New Roman" w:hAnsi="Times New Roman" w:cs="Times New Roman"/>
          <w:sz w:val="24"/>
          <w:szCs w:val="24"/>
        </w:rPr>
        <w:t>____</w:t>
      </w:r>
    </w:p>
    <w:p w14:paraId="7D10BD60" w14:textId="77777777"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ab/>
        <w:t>MCTC Email: ________________________________@mctc.edu</w:t>
      </w:r>
    </w:p>
    <w:p w14:paraId="063DF54E" w14:textId="77777777"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Vice President: _________________________________________</w:t>
      </w:r>
    </w:p>
    <w:p w14:paraId="11F85455" w14:textId="77777777"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Secretary: _____________________________________________</w:t>
      </w:r>
    </w:p>
    <w:p w14:paraId="7EC7EDAF" w14:textId="15E63936"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Other members: ________________________________________________________________________________________________________________________________________________________________________________________________________________________</w:t>
      </w:r>
    </w:p>
    <w:p w14:paraId="56F6443D" w14:textId="77777777"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Does your organization have a bank account? If yes, please list the information below:</w:t>
      </w:r>
    </w:p>
    <w:p w14:paraId="40A4C721" w14:textId="77777777"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FEIN/Tax ID Number: ________________________________________________</w:t>
      </w:r>
    </w:p>
    <w:p w14:paraId="761EF40A" w14:textId="2EB8A9C0" w:rsidR="00CE1881" w:rsidRPr="007E7A36" w:rsidRDefault="00CE1881" w:rsidP="00CE1881">
      <w:pPr>
        <w:rPr>
          <w:rFonts w:ascii="Times New Roman" w:hAnsi="Times New Roman" w:cs="Times New Roman"/>
          <w:sz w:val="24"/>
          <w:szCs w:val="24"/>
        </w:rPr>
      </w:pPr>
      <w:r w:rsidRPr="007E7A36">
        <w:rPr>
          <w:rFonts w:ascii="Times New Roman" w:hAnsi="Times New Roman" w:cs="Times New Roman"/>
          <w:sz w:val="24"/>
          <w:szCs w:val="24"/>
        </w:rPr>
        <w:t>Names on the account</w:t>
      </w:r>
      <w:r>
        <w:rPr>
          <w:rFonts w:ascii="Times New Roman" w:hAnsi="Times New Roman" w:cs="Times New Roman"/>
          <w:sz w:val="24"/>
          <w:szCs w:val="24"/>
        </w:rPr>
        <w:t>:</w:t>
      </w:r>
      <w:r w:rsidRPr="007E7A36">
        <w:rPr>
          <w:rFonts w:ascii="Times New Roman" w:hAnsi="Times New Roman" w:cs="Times New Roman"/>
          <w:sz w:val="24"/>
          <w:szCs w:val="24"/>
        </w:rPr>
        <w:t xml:space="preserve"> ______________________________________________</w:t>
      </w:r>
      <w:r w:rsidR="00AA5A45">
        <w:rPr>
          <w:rFonts w:ascii="Times New Roman" w:hAnsi="Times New Roman" w:cs="Times New Roman"/>
          <w:sz w:val="24"/>
          <w:szCs w:val="24"/>
        </w:rPr>
        <w:t>__</w:t>
      </w:r>
    </w:p>
    <w:p w14:paraId="2EE9488F" w14:textId="46915616" w:rsidR="00CE1881" w:rsidRDefault="00CE1881" w:rsidP="00CE1881">
      <w:pPr>
        <w:jc w:val="center"/>
        <w:rPr>
          <w:rFonts w:ascii="Times New Roman" w:hAnsi="Times New Roman" w:cs="Times New Roman"/>
          <w:b/>
          <w:bCs/>
          <w:sz w:val="24"/>
          <w:szCs w:val="24"/>
        </w:rPr>
      </w:pPr>
      <w:r w:rsidRPr="00CE1881">
        <w:rPr>
          <w:rFonts w:ascii="Times New Roman" w:hAnsi="Times New Roman" w:cs="Times New Roman"/>
          <w:sz w:val="24"/>
          <w:szCs w:val="24"/>
        </w:rPr>
        <w:t xml:space="preserve">By signing this form, you have read the Student Organization Handbook and are aware of all policies for student organizations: You understand that you are responsible for your organization and failure to follow the requirements, the organization is subject to suspension. </w:t>
      </w:r>
      <w:r w:rsidRPr="00CE1881">
        <w:rPr>
          <w:rFonts w:ascii="Times New Roman" w:hAnsi="Times New Roman" w:cs="Times New Roman"/>
          <w:b/>
          <w:bCs/>
          <w:sz w:val="24"/>
          <w:szCs w:val="24"/>
        </w:rPr>
        <w:t>Please turn in this form with your organization’s constitution, bylaws, and purpose statement of your organization.</w:t>
      </w:r>
    </w:p>
    <w:p w14:paraId="24B62390" w14:textId="77777777" w:rsidR="00CE1881" w:rsidRDefault="00CE1881" w:rsidP="00CE1881">
      <w:pPr>
        <w:jc w:val="center"/>
        <w:rPr>
          <w:rFonts w:ascii="Times New Roman" w:hAnsi="Times New Roman" w:cs="Times New Roman"/>
          <w:sz w:val="24"/>
          <w:szCs w:val="24"/>
        </w:rPr>
      </w:pPr>
    </w:p>
    <w:p w14:paraId="3794DEE8" w14:textId="1D1025E8" w:rsidR="00CE1881" w:rsidRPr="00CE1881" w:rsidRDefault="00CE1881" w:rsidP="00CE1881">
      <w:pPr>
        <w:rPr>
          <w:rFonts w:ascii="Times New Roman" w:hAnsi="Times New Roman" w:cs="Times New Roman"/>
          <w:b/>
          <w:bCs/>
          <w:sz w:val="24"/>
          <w:szCs w:val="24"/>
        </w:rPr>
      </w:pPr>
      <w:r w:rsidRPr="007E7A36">
        <w:rPr>
          <w:rFonts w:ascii="Times New Roman" w:hAnsi="Times New Roman" w:cs="Times New Roman"/>
          <w:sz w:val="24"/>
          <w:szCs w:val="24"/>
        </w:rPr>
        <w:t>Student Organization President</w:t>
      </w:r>
      <w:r>
        <w:rPr>
          <w:rFonts w:ascii="Times New Roman" w:hAnsi="Times New Roman" w:cs="Times New Roman"/>
          <w:sz w:val="24"/>
          <w:szCs w:val="24"/>
        </w:rPr>
        <w:t xml:space="preserve">_____________________________ </w:t>
      </w:r>
      <w:r>
        <w:rPr>
          <w:rFonts w:ascii="Times New Roman" w:hAnsi="Times New Roman" w:cs="Times New Roman"/>
          <w:sz w:val="24"/>
          <w:szCs w:val="24"/>
        </w:rPr>
        <w:t>Date</w:t>
      </w:r>
      <w:r>
        <w:rPr>
          <w:rFonts w:ascii="Times New Roman" w:hAnsi="Times New Roman" w:cs="Times New Roman"/>
          <w:sz w:val="24"/>
          <w:szCs w:val="24"/>
        </w:rPr>
        <w:t>:_________</w:t>
      </w:r>
    </w:p>
    <w:p w14:paraId="7C582770" w14:textId="6C3B949D" w:rsidR="00EA68FC" w:rsidRPr="00CE1881" w:rsidRDefault="00CE1881" w:rsidP="00EA68FC">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t xml:space="preserve">Advisor: ______________________________________________  </w:t>
      </w:r>
      <w:r>
        <w:rPr>
          <w:rFonts w:ascii="Times New Roman" w:hAnsi="Times New Roman" w:cs="Times New Roman"/>
          <w:sz w:val="24"/>
          <w:szCs w:val="24"/>
        </w:rPr>
        <w:t>Date</w:t>
      </w:r>
      <w:r>
        <w:rPr>
          <w:rFonts w:ascii="Times New Roman" w:hAnsi="Times New Roman" w:cs="Times New Roman"/>
          <w:sz w:val="24"/>
          <w:szCs w:val="24"/>
        </w:rPr>
        <w:t>:_________</w:t>
      </w:r>
    </w:p>
    <w:p w14:paraId="08122BF8" w14:textId="758902E3" w:rsidR="00CE1881" w:rsidRPr="00227049" w:rsidRDefault="00CE1881" w:rsidP="00CE1881">
      <w:pPr>
        <w:rPr>
          <w:sz w:val="20"/>
          <w:szCs w:val="20"/>
        </w:rPr>
      </w:pPr>
      <w:r>
        <w:rPr>
          <w:noProof/>
        </w:rPr>
        <w:lastRenderedPageBreak/>
        <w:drawing>
          <wp:inline distT="0" distB="0" distL="0" distR="0" wp14:anchorId="05B23ABD" wp14:editId="21840628">
            <wp:extent cx="2867025" cy="395135"/>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6615" cy="400591"/>
                    </a:xfrm>
                    <a:prstGeom prst="rect">
                      <a:avLst/>
                    </a:prstGeom>
                  </pic:spPr>
                </pic:pic>
              </a:graphicData>
            </a:graphic>
          </wp:inline>
        </w:drawing>
      </w:r>
      <w:r>
        <w:tab/>
      </w:r>
      <w:r w:rsidRPr="00CE1881">
        <w:rPr>
          <w:rFonts w:ascii="Times New Roman" w:hAnsi="Times New Roman" w:cs="Times New Roman"/>
          <w:sz w:val="28"/>
          <w:szCs w:val="28"/>
        </w:rPr>
        <w:t>Office of Student Activities</w:t>
      </w:r>
      <w:r w:rsidRPr="00227049">
        <w:rPr>
          <w:sz w:val="28"/>
          <w:szCs w:val="28"/>
        </w:rPr>
        <w:t xml:space="preserve"> </w:t>
      </w:r>
    </w:p>
    <w:p w14:paraId="3C2D7753" w14:textId="77777777" w:rsidR="00CE1881" w:rsidRDefault="00CE1881" w:rsidP="00CE1881"/>
    <w:p w14:paraId="374787C4" w14:textId="77777777" w:rsidR="00CE1881" w:rsidRPr="009E16F1" w:rsidRDefault="00CE1881" w:rsidP="00CE1881">
      <w:pPr>
        <w:jc w:val="center"/>
        <w:rPr>
          <w:rFonts w:ascii="Times New Roman" w:hAnsi="Times New Roman" w:cs="Times New Roman"/>
          <w:b/>
          <w:bCs/>
          <w:sz w:val="28"/>
          <w:szCs w:val="28"/>
        </w:rPr>
      </w:pPr>
      <w:r w:rsidRPr="009E16F1">
        <w:rPr>
          <w:rFonts w:ascii="Times New Roman" w:hAnsi="Times New Roman" w:cs="Times New Roman"/>
          <w:b/>
          <w:bCs/>
          <w:sz w:val="28"/>
          <w:szCs w:val="28"/>
        </w:rPr>
        <w:t>Event Request Form</w:t>
      </w:r>
    </w:p>
    <w:p w14:paraId="4E303129" w14:textId="77777777" w:rsidR="00CE1881" w:rsidRPr="00263F63" w:rsidRDefault="00CE1881" w:rsidP="00CE1881">
      <w:pPr>
        <w:rPr>
          <w:rFonts w:ascii="Times New Roman" w:hAnsi="Times New Roman" w:cs="Times New Roman"/>
          <w:b/>
          <w:bCs/>
          <w:sz w:val="28"/>
          <w:szCs w:val="28"/>
          <w:u w:val="single"/>
        </w:rPr>
      </w:pPr>
      <w:r w:rsidRPr="00263F63">
        <w:rPr>
          <w:rFonts w:ascii="Times New Roman" w:hAnsi="Times New Roman" w:cs="Times New Roman"/>
          <w:b/>
          <w:bCs/>
          <w:sz w:val="28"/>
          <w:szCs w:val="28"/>
          <w:u w:val="single"/>
        </w:rPr>
        <w:t>Club Information</w:t>
      </w:r>
    </w:p>
    <w:p w14:paraId="29DACC42" w14:textId="170BE17C" w:rsidR="00CE1881" w:rsidRPr="00263F63" w:rsidRDefault="00CE1881" w:rsidP="00CE1881">
      <w:pPr>
        <w:rPr>
          <w:rFonts w:ascii="Times New Roman" w:hAnsi="Times New Roman" w:cs="Times New Roman"/>
        </w:rPr>
      </w:pPr>
      <w:r w:rsidRPr="00263F63">
        <w:rPr>
          <w:rFonts w:ascii="Times New Roman" w:hAnsi="Times New Roman" w:cs="Times New Roman"/>
        </w:rPr>
        <w:t>Name of Club: __________________</w:t>
      </w:r>
      <w:r>
        <w:rPr>
          <w:rFonts w:ascii="Times New Roman" w:hAnsi="Times New Roman" w:cs="Times New Roman"/>
        </w:rPr>
        <w:t>____</w:t>
      </w:r>
      <w:r w:rsidRPr="00263F63">
        <w:rPr>
          <w:rFonts w:ascii="Times New Roman" w:hAnsi="Times New Roman" w:cs="Times New Roman"/>
        </w:rPr>
        <w:t>_</w:t>
      </w:r>
      <w:r>
        <w:rPr>
          <w:rFonts w:ascii="Times New Roman" w:hAnsi="Times New Roman" w:cs="Times New Roman"/>
        </w:rPr>
        <w:t xml:space="preserve"> </w:t>
      </w:r>
      <w:r w:rsidRPr="00263F63">
        <w:rPr>
          <w:rFonts w:ascii="Times New Roman" w:hAnsi="Times New Roman" w:cs="Times New Roman"/>
        </w:rPr>
        <w:t>Club</w:t>
      </w:r>
      <w:r>
        <w:rPr>
          <w:rFonts w:ascii="Times New Roman" w:hAnsi="Times New Roman" w:cs="Times New Roman"/>
        </w:rPr>
        <w:t xml:space="preserve"> </w:t>
      </w:r>
      <w:r w:rsidRPr="00263F63">
        <w:rPr>
          <w:rFonts w:ascii="Times New Roman" w:hAnsi="Times New Roman" w:cs="Times New Roman"/>
        </w:rPr>
        <w:t>Advisor:______________</w:t>
      </w:r>
      <w:r>
        <w:rPr>
          <w:rFonts w:ascii="Times New Roman" w:hAnsi="Times New Roman" w:cs="Times New Roman"/>
        </w:rPr>
        <w:t>____</w:t>
      </w:r>
      <w:r w:rsidRPr="00263F63">
        <w:rPr>
          <w:rFonts w:ascii="Times New Roman" w:hAnsi="Times New Roman" w:cs="Times New Roman"/>
        </w:rPr>
        <w:t>___</w:t>
      </w:r>
      <w:r w:rsidR="00AA5A45">
        <w:rPr>
          <w:rFonts w:ascii="Times New Roman" w:hAnsi="Times New Roman" w:cs="Times New Roman"/>
        </w:rPr>
        <w:t>_______</w:t>
      </w:r>
    </w:p>
    <w:p w14:paraId="49DADC10" w14:textId="77777777" w:rsidR="00CE1881" w:rsidRPr="00263F63" w:rsidRDefault="00CE1881" w:rsidP="00CE1881">
      <w:pPr>
        <w:rPr>
          <w:rFonts w:ascii="Times New Roman" w:hAnsi="Times New Roman" w:cs="Times New Roman"/>
        </w:rPr>
      </w:pPr>
      <w:r w:rsidRPr="00263F63">
        <w:rPr>
          <w:rFonts w:ascii="Times New Roman" w:hAnsi="Times New Roman" w:cs="Times New Roman"/>
        </w:rPr>
        <w:t>Club President: ______________________________</w:t>
      </w:r>
    </w:p>
    <w:p w14:paraId="6C3934B7" w14:textId="77777777" w:rsidR="00CE1881" w:rsidRPr="00263F63" w:rsidRDefault="00CE1881" w:rsidP="00CE1881">
      <w:pPr>
        <w:rPr>
          <w:rFonts w:ascii="Times New Roman" w:hAnsi="Times New Roman" w:cs="Times New Roman"/>
          <w:b/>
          <w:bCs/>
          <w:sz w:val="28"/>
          <w:szCs w:val="28"/>
          <w:u w:val="single"/>
        </w:rPr>
      </w:pPr>
      <w:r w:rsidRPr="00263F63">
        <w:rPr>
          <w:rFonts w:ascii="Times New Roman" w:hAnsi="Times New Roman" w:cs="Times New Roman"/>
          <w:b/>
          <w:bCs/>
          <w:sz w:val="28"/>
          <w:szCs w:val="28"/>
          <w:u w:val="single"/>
        </w:rPr>
        <w:t>Event Information</w:t>
      </w:r>
    </w:p>
    <w:p w14:paraId="69A847B0" w14:textId="129ED4D2" w:rsidR="00CE1881" w:rsidRPr="00263F63" w:rsidRDefault="00CE1881" w:rsidP="00CE1881">
      <w:pPr>
        <w:rPr>
          <w:rFonts w:ascii="Times New Roman" w:hAnsi="Times New Roman" w:cs="Times New Roman"/>
        </w:rPr>
      </w:pPr>
      <w:r w:rsidRPr="00263F63">
        <w:rPr>
          <w:rFonts w:ascii="Times New Roman" w:hAnsi="Times New Roman" w:cs="Times New Roman"/>
        </w:rPr>
        <w:t>Name of Event/Activity: _________________________ Desired Date of Event: ___________</w:t>
      </w:r>
    </w:p>
    <w:p w14:paraId="77D32AD6" w14:textId="22336C6E" w:rsidR="00CE1881" w:rsidRPr="00263F63" w:rsidRDefault="00CE1881" w:rsidP="00CE1881">
      <w:pPr>
        <w:rPr>
          <w:rFonts w:ascii="Times New Roman" w:hAnsi="Times New Roman" w:cs="Times New Roman"/>
        </w:rPr>
      </w:pPr>
      <w:r w:rsidRPr="00263F63">
        <w:rPr>
          <w:rFonts w:ascii="Times New Roman" w:hAnsi="Times New Roman" w:cs="Times New Roman"/>
        </w:rPr>
        <w:t xml:space="preserve">Estimated Start Time: ___________________ </w:t>
      </w:r>
      <w:r>
        <w:rPr>
          <w:rFonts w:ascii="Times New Roman" w:hAnsi="Times New Roman" w:cs="Times New Roman"/>
        </w:rPr>
        <w:t xml:space="preserve">        </w:t>
      </w:r>
      <w:r w:rsidRPr="00263F63">
        <w:rPr>
          <w:rFonts w:ascii="Times New Roman" w:hAnsi="Times New Roman" w:cs="Times New Roman"/>
        </w:rPr>
        <w:t>Estimated End Time: _________________</w:t>
      </w:r>
    </w:p>
    <w:p w14:paraId="7B1F5644" w14:textId="169AAE14" w:rsidR="00CE1881" w:rsidRPr="00263F63" w:rsidRDefault="00CE1881" w:rsidP="00CE1881">
      <w:pPr>
        <w:rPr>
          <w:rFonts w:ascii="Times New Roman" w:hAnsi="Times New Roman" w:cs="Times New Roman"/>
        </w:rPr>
      </w:pPr>
      <w:r w:rsidRPr="00263F63">
        <w:rPr>
          <w:rFonts w:ascii="Times New Roman" w:hAnsi="Times New Roman" w:cs="Times New Roman"/>
        </w:rPr>
        <w:t>Event Type:            On Campus                Off Campus             Room Request: _____________</w:t>
      </w:r>
    </w:p>
    <w:p w14:paraId="7C3D58B9" w14:textId="77777777" w:rsidR="00CE1881" w:rsidRPr="00263F63" w:rsidRDefault="00CE1881" w:rsidP="00CE1881">
      <w:pPr>
        <w:rPr>
          <w:rFonts w:ascii="Times New Roman" w:hAnsi="Times New Roman" w:cs="Times New Roman"/>
        </w:rPr>
      </w:pPr>
      <w:r w:rsidRPr="00263F63">
        <w:rPr>
          <w:rFonts w:ascii="Times New Roman" w:hAnsi="Times New Roman" w:cs="Times New Roman"/>
        </w:rPr>
        <w:t>Will there be food at this event?          YES</w:t>
      </w:r>
      <w:r w:rsidRPr="00263F63">
        <w:rPr>
          <w:rFonts w:ascii="Times New Roman" w:hAnsi="Times New Roman" w:cs="Times New Roman"/>
        </w:rPr>
        <w:tab/>
        <w:t>NO</w:t>
      </w:r>
    </w:p>
    <w:p w14:paraId="5881B24F" w14:textId="43910A63" w:rsidR="00CE1881" w:rsidRPr="00263F63" w:rsidRDefault="00CE1881" w:rsidP="00CE1881">
      <w:pPr>
        <w:rPr>
          <w:rFonts w:ascii="Times New Roman" w:hAnsi="Times New Roman" w:cs="Times New Roman"/>
        </w:rPr>
      </w:pPr>
      <w:r w:rsidRPr="00263F63">
        <w:rPr>
          <w:rFonts w:ascii="Times New Roman" w:hAnsi="Times New Roman" w:cs="Times New Roman"/>
        </w:rPr>
        <w:t>Will you be needing advertisements? (i.e., posters, social media posts, etc.)   YES           NO</w:t>
      </w:r>
      <w:r w:rsidRPr="00263F63">
        <w:rPr>
          <w:rFonts w:ascii="Times New Roman" w:hAnsi="Times New Roman" w:cs="Times New Roman"/>
        </w:rPr>
        <w:br/>
        <w:t xml:space="preserve">*If yes, please let </w:t>
      </w:r>
      <w:r w:rsidR="00B907E6" w:rsidRPr="009E16F1">
        <w:rPr>
          <w:rFonts w:ascii="Times New Roman" w:hAnsi="Times New Roman" w:cs="Times New Roman"/>
        </w:rPr>
        <w:t xml:space="preserve">Student Engagement Coordinator </w:t>
      </w:r>
      <w:r w:rsidRPr="00263F63">
        <w:rPr>
          <w:rFonts w:ascii="Times New Roman" w:hAnsi="Times New Roman" w:cs="Times New Roman"/>
        </w:rPr>
        <w:t>know 2 weeks in advance so that all proper channels are notified.</w:t>
      </w:r>
    </w:p>
    <w:p w14:paraId="02A25958" w14:textId="77777777" w:rsidR="00CE1881" w:rsidRPr="00263F63" w:rsidRDefault="00CE1881" w:rsidP="00CE1881">
      <w:pPr>
        <w:rPr>
          <w:rFonts w:ascii="Times New Roman" w:hAnsi="Times New Roman" w:cs="Times New Roman"/>
          <w:sz w:val="24"/>
          <w:szCs w:val="24"/>
        </w:rPr>
      </w:pPr>
      <w:r w:rsidRPr="00263F63">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14:anchorId="60ECE76C" wp14:editId="177C2A04">
                <wp:simplePos x="0" y="0"/>
                <wp:positionH relativeFrom="margin">
                  <wp:posOffset>9524</wp:posOffset>
                </wp:positionH>
                <wp:positionV relativeFrom="paragraph">
                  <wp:posOffset>225425</wp:posOffset>
                </wp:positionV>
                <wp:extent cx="5457825" cy="12668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5457825" cy="1266825"/>
                        </a:xfrm>
                        <a:prstGeom prst="rect">
                          <a:avLst/>
                        </a:prstGeom>
                        <a:solidFill>
                          <a:schemeClr val="lt1"/>
                        </a:solidFill>
                        <a:ln w="6350">
                          <a:solidFill>
                            <a:schemeClr val="tx1"/>
                          </a:solidFill>
                        </a:ln>
                      </wps:spPr>
                      <wps:txbx>
                        <w:txbxContent>
                          <w:p w14:paraId="5780ED08" w14:textId="77777777" w:rsidR="00CE1881" w:rsidRDefault="00CE1881" w:rsidP="00CE18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CE76C" id="Text Box 11" o:spid="_x0000_s1028" type="#_x0000_t202" style="position:absolute;margin-left:.75pt;margin-top:17.75pt;width:429.75pt;height:99.7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" fillcolor="white [3201]" strokecolor="black [3213]" strokeweight=".5pt">
                <v:textbox>
                  <w:txbxContent>
                    <w:p w14:paraId="5780ED08" w14:textId="77777777" w:rsidR="00CE1881" w:rsidRDefault="00CE1881" w:rsidP="00CE1881"/>
                  </w:txbxContent>
                </v:textbox>
                <w10:wrap anchorx="margin"/>
              </v:shape>
            </w:pict>
          </mc:Fallback>
        </mc:AlternateContent>
      </w:r>
      <w:r w:rsidRPr="00263F63">
        <w:rPr>
          <w:rFonts w:ascii="Times New Roman" w:hAnsi="Times New Roman" w:cs="Times New Roman"/>
          <w:sz w:val="24"/>
          <w:szCs w:val="24"/>
        </w:rPr>
        <w:t>Please state your purpose of this event:</w:t>
      </w:r>
    </w:p>
    <w:p w14:paraId="294A33E0" w14:textId="77777777" w:rsidR="00CE1881" w:rsidRPr="00263F63" w:rsidRDefault="00CE1881" w:rsidP="00CE1881">
      <w:pPr>
        <w:rPr>
          <w:rFonts w:ascii="Times New Roman" w:hAnsi="Times New Roman" w:cs="Times New Roman"/>
          <w:sz w:val="24"/>
          <w:szCs w:val="24"/>
        </w:rPr>
      </w:pPr>
    </w:p>
    <w:p w14:paraId="1EB4E6FB" w14:textId="77777777" w:rsidR="00CE1881" w:rsidRPr="00263F63" w:rsidRDefault="00CE1881" w:rsidP="00CE1881">
      <w:pPr>
        <w:rPr>
          <w:rFonts w:ascii="Times New Roman" w:hAnsi="Times New Roman" w:cs="Times New Roman"/>
          <w:sz w:val="24"/>
          <w:szCs w:val="24"/>
        </w:rPr>
      </w:pPr>
      <w:r w:rsidRPr="00263F63">
        <w:rPr>
          <w:rFonts w:ascii="Times New Roman" w:hAnsi="Times New Roman" w:cs="Times New Roman"/>
          <w:sz w:val="24"/>
          <w:szCs w:val="24"/>
        </w:rPr>
        <w:t xml:space="preserve"> </w:t>
      </w:r>
    </w:p>
    <w:p w14:paraId="1D0DE40E" w14:textId="77777777" w:rsidR="00CE1881" w:rsidRPr="00263F63" w:rsidRDefault="00CE1881" w:rsidP="00CE1881">
      <w:pPr>
        <w:rPr>
          <w:rFonts w:ascii="Times New Roman" w:hAnsi="Times New Roman" w:cs="Times New Roman"/>
          <w:sz w:val="24"/>
          <w:szCs w:val="24"/>
        </w:rPr>
      </w:pPr>
    </w:p>
    <w:p w14:paraId="53FFECB1" w14:textId="77777777" w:rsidR="00CE1881" w:rsidRPr="00263F63" w:rsidRDefault="00CE1881" w:rsidP="00CE1881">
      <w:pPr>
        <w:rPr>
          <w:rFonts w:ascii="Times New Roman" w:hAnsi="Times New Roman" w:cs="Times New Roman"/>
          <w:sz w:val="24"/>
          <w:szCs w:val="24"/>
        </w:rPr>
      </w:pPr>
    </w:p>
    <w:p w14:paraId="1C282B81" w14:textId="5AC626E1" w:rsidR="00CE1881" w:rsidRPr="00263F63" w:rsidRDefault="00CE1881" w:rsidP="00CE1881">
      <w:pPr>
        <w:jc w:val="center"/>
        <w:rPr>
          <w:rFonts w:ascii="Times New Roman" w:hAnsi="Times New Roman" w:cs="Times New Roman"/>
        </w:rPr>
      </w:pPr>
      <w:r w:rsidRPr="00263F63">
        <w:rPr>
          <w:rFonts w:ascii="Times New Roman" w:hAnsi="Times New Roman" w:cs="Times New Roman"/>
        </w:rPr>
        <w:t xml:space="preserve">By signing this form, you accept </w:t>
      </w:r>
      <w:r w:rsidRPr="00263F63">
        <w:rPr>
          <w:rFonts w:ascii="Times New Roman" w:hAnsi="Times New Roman" w:cs="Times New Roman"/>
        </w:rPr>
        <w:t>responsibility</w:t>
      </w:r>
      <w:r w:rsidRPr="00263F63">
        <w:rPr>
          <w:rFonts w:ascii="Times New Roman" w:hAnsi="Times New Roman" w:cs="Times New Roman"/>
        </w:rPr>
        <w:t xml:space="preserve"> for this event and understand that you are to complete this form within 2 weeks of the event. You are responsible for being present at this event and you must abide </w:t>
      </w:r>
      <w:proofErr w:type="gramStart"/>
      <w:r w:rsidRPr="00263F63">
        <w:rPr>
          <w:rFonts w:ascii="Times New Roman" w:hAnsi="Times New Roman" w:cs="Times New Roman"/>
        </w:rPr>
        <w:t>to</w:t>
      </w:r>
      <w:proofErr w:type="gramEnd"/>
      <w:r w:rsidRPr="00263F63">
        <w:rPr>
          <w:rFonts w:ascii="Times New Roman" w:hAnsi="Times New Roman" w:cs="Times New Roman"/>
        </w:rPr>
        <w:t xml:space="preserve"> the rules and regulations of the college.</w:t>
      </w:r>
    </w:p>
    <w:p w14:paraId="4C19A83D" w14:textId="07D547C2" w:rsidR="00CE1881" w:rsidRPr="00263F63" w:rsidRDefault="00CE1881" w:rsidP="00CE1881">
      <w:pPr>
        <w:rPr>
          <w:rFonts w:ascii="Times New Roman" w:hAnsi="Times New Roman" w:cs="Times New Roman"/>
        </w:rPr>
      </w:pPr>
      <w:r w:rsidRPr="00263F63">
        <w:rPr>
          <w:rFonts w:ascii="Times New Roman" w:hAnsi="Times New Roman" w:cs="Times New Roman"/>
        </w:rPr>
        <w:t>Name:_________________________ Signature: _________________________ Date: ________</w:t>
      </w:r>
    </w:p>
    <w:p w14:paraId="0F5804BB" w14:textId="77777777" w:rsidR="00CE1881" w:rsidRPr="00263F63" w:rsidRDefault="00CE1881" w:rsidP="00CE1881">
      <w:pPr>
        <w:rPr>
          <w:rFonts w:ascii="Times New Roman" w:hAnsi="Times New Roman" w:cs="Times New Roman"/>
        </w:rPr>
      </w:pPr>
      <w:r w:rsidRPr="00263F63">
        <w:rPr>
          <w:rFonts w:ascii="Times New Roman" w:hAnsi="Times New Roman" w:cs="Times New Roman"/>
        </w:rPr>
        <w:t>College Email: _________________________@mctc.edu  Phone Number: _________________</w:t>
      </w:r>
    </w:p>
    <w:p w14:paraId="3EBA21DF" w14:textId="3D5EE20B" w:rsidR="00CE1881" w:rsidRPr="00263F63" w:rsidRDefault="00CE1881" w:rsidP="00CE1881">
      <w:pPr>
        <w:rPr>
          <w:rFonts w:ascii="Times New Roman" w:hAnsi="Times New Roman" w:cs="Times New Roman"/>
        </w:rPr>
      </w:pPr>
      <w:r w:rsidRPr="00263F63">
        <w:rPr>
          <w:rFonts w:ascii="Times New Roman" w:hAnsi="Times New Roman" w:cs="Times New Roman"/>
        </w:rPr>
        <w:t>Club Advisor Signature: _____________________</w:t>
      </w:r>
      <w:r w:rsidR="00AA5A45">
        <w:rPr>
          <w:rFonts w:ascii="Times New Roman" w:hAnsi="Times New Roman" w:cs="Times New Roman"/>
        </w:rPr>
        <w:t>__________</w:t>
      </w:r>
      <w:r w:rsidRPr="00263F63">
        <w:rPr>
          <w:rFonts w:ascii="Times New Roman" w:hAnsi="Times New Roman" w:cs="Times New Roman"/>
        </w:rPr>
        <w:t>________ Date: _____________</w:t>
      </w:r>
    </w:p>
    <w:p w14:paraId="2F36A910" w14:textId="77777777" w:rsidR="00EA68FC" w:rsidRDefault="00EA68FC" w:rsidP="00EA68FC"/>
    <w:p w14:paraId="6DA9F8AE" w14:textId="24035091" w:rsidR="00CE1881" w:rsidRPr="00CE1881" w:rsidRDefault="00CE1881" w:rsidP="00CE1881">
      <w:r>
        <w:rPr>
          <w:noProof/>
        </w:rPr>
        <w:lastRenderedPageBreak/>
        <w:drawing>
          <wp:inline distT="0" distB="0" distL="0" distR="0" wp14:anchorId="42FB7F77" wp14:editId="4555C123">
            <wp:extent cx="2867025" cy="395135"/>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6615" cy="400591"/>
                    </a:xfrm>
                    <a:prstGeom prst="rect">
                      <a:avLst/>
                    </a:prstGeom>
                  </pic:spPr>
                </pic:pic>
              </a:graphicData>
            </a:graphic>
          </wp:inline>
        </w:drawing>
      </w:r>
      <w:r w:rsidRPr="00263F63">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CE1881">
        <w:rPr>
          <w:rFonts w:ascii="Times New Roman" w:hAnsi="Times New Roman" w:cs="Times New Roman"/>
          <w:sz w:val="28"/>
          <w:szCs w:val="28"/>
        </w:rPr>
        <w:t>Office of Student Activities</w:t>
      </w:r>
    </w:p>
    <w:p w14:paraId="2CB62C50" w14:textId="77777777" w:rsidR="00CE1881" w:rsidRDefault="00CE1881" w:rsidP="00CE1881"/>
    <w:p w14:paraId="63CED1B3" w14:textId="77777777" w:rsidR="00CE1881" w:rsidRPr="00B907E6" w:rsidRDefault="00CE1881" w:rsidP="00CE1881">
      <w:pPr>
        <w:jc w:val="center"/>
        <w:rPr>
          <w:rFonts w:ascii="Times New Roman" w:hAnsi="Times New Roman" w:cs="Times New Roman"/>
          <w:b/>
          <w:bCs/>
          <w:sz w:val="28"/>
          <w:szCs w:val="28"/>
        </w:rPr>
      </w:pPr>
      <w:r w:rsidRPr="00B907E6">
        <w:rPr>
          <w:rFonts w:ascii="Times New Roman" w:hAnsi="Times New Roman" w:cs="Times New Roman"/>
          <w:b/>
          <w:bCs/>
          <w:sz w:val="28"/>
          <w:szCs w:val="28"/>
        </w:rPr>
        <w:t>Club Fund Request Form</w:t>
      </w:r>
    </w:p>
    <w:p w14:paraId="104FBBAA" w14:textId="77777777" w:rsidR="00CE1881" w:rsidRPr="00D77E0B" w:rsidRDefault="00CE1881" w:rsidP="00CE1881">
      <w:pPr>
        <w:rPr>
          <w:rFonts w:ascii="Times New Roman" w:hAnsi="Times New Roman" w:cs="Times New Roman"/>
          <w:b/>
          <w:bCs/>
          <w:sz w:val="28"/>
          <w:szCs w:val="28"/>
          <w:u w:val="single"/>
        </w:rPr>
      </w:pPr>
      <w:r w:rsidRPr="00D77E0B">
        <w:rPr>
          <w:rFonts w:ascii="Times New Roman" w:hAnsi="Times New Roman" w:cs="Times New Roman"/>
          <w:b/>
          <w:bCs/>
          <w:sz w:val="28"/>
          <w:szCs w:val="28"/>
          <w:u w:val="single"/>
        </w:rPr>
        <w:t>Club Information</w:t>
      </w:r>
    </w:p>
    <w:p w14:paraId="5DDF10FE" w14:textId="1E6EC8BE" w:rsidR="00CE1881" w:rsidRPr="00D77E0B" w:rsidRDefault="00CE1881" w:rsidP="00CE1881">
      <w:pPr>
        <w:rPr>
          <w:rFonts w:ascii="Times New Roman" w:hAnsi="Times New Roman" w:cs="Times New Roman"/>
        </w:rPr>
      </w:pPr>
      <w:r w:rsidRPr="00D77E0B">
        <w:rPr>
          <w:rFonts w:ascii="Times New Roman" w:hAnsi="Times New Roman" w:cs="Times New Roman"/>
        </w:rPr>
        <w:t>Name of Club: ____________________________</w:t>
      </w:r>
      <w:r w:rsidR="00B907E6">
        <w:rPr>
          <w:rFonts w:ascii="Times New Roman" w:hAnsi="Times New Roman" w:cs="Times New Roman"/>
        </w:rPr>
        <w:t>________________________</w:t>
      </w:r>
    </w:p>
    <w:p w14:paraId="519BCEDE" w14:textId="6D6EEB99" w:rsidR="00CE1881" w:rsidRPr="00D77E0B" w:rsidRDefault="00CE1881" w:rsidP="00CE1881">
      <w:pPr>
        <w:rPr>
          <w:rFonts w:ascii="Times New Roman" w:hAnsi="Times New Roman" w:cs="Times New Roman"/>
        </w:rPr>
      </w:pPr>
      <w:r w:rsidRPr="00D77E0B">
        <w:rPr>
          <w:rFonts w:ascii="Times New Roman" w:hAnsi="Times New Roman" w:cs="Times New Roman"/>
        </w:rPr>
        <w:t xml:space="preserve">Club </w:t>
      </w:r>
      <w:r w:rsidR="00B907E6" w:rsidRPr="00D77E0B">
        <w:rPr>
          <w:rFonts w:ascii="Times New Roman" w:hAnsi="Times New Roman" w:cs="Times New Roman"/>
        </w:rPr>
        <w:t>Advisor: _</w:t>
      </w:r>
      <w:r w:rsidRPr="00D77E0B">
        <w:rPr>
          <w:rFonts w:ascii="Times New Roman" w:hAnsi="Times New Roman" w:cs="Times New Roman"/>
        </w:rPr>
        <w:t>___________________________________________________</w:t>
      </w:r>
    </w:p>
    <w:p w14:paraId="615BF862" w14:textId="4FD93F43" w:rsidR="00CE1881" w:rsidRPr="00D77E0B" w:rsidRDefault="00CE1881" w:rsidP="00CE1881">
      <w:pPr>
        <w:rPr>
          <w:rFonts w:ascii="Times New Roman" w:hAnsi="Times New Roman" w:cs="Times New Roman"/>
        </w:rPr>
      </w:pPr>
      <w:r w:rsidRPr="00D77E0B">
        <w:rPr>
          <w:rFonts w:ascii="Times New Roman" w:hAnsi="Times New Roman" w:cs="Times New Roman"/>
        </w:rPr>
        <w:t>Club President</w:t>
      </w:r>
      <w:r w:rsidR="00B907E6">
        <w:rPr>
          <w:rFonts w:ascii="Times New Roman" w:hAnsi="Times New Roman" w:cs="Times New Roman"/>
        </w:rPr>
        <w:t>:</w:t>
      </w:r>
      <w:r w:rsidRPr="00D77E0B">
        <w:rPr>
          <w:rFonts w:ascii="Times New Roman" w:hAnsi="Times New Roman" w:cs="Times New Roman"/>
        </w:rPr>
        <w:t>___________________________________________________</w:t>
      </w:r>
      <w:r w:rsidR="00B907E6">
        <w:rPr>
          <w:rFonts w:ascii="Times New Roman" w:hAnsi="Times New Roman" w:cs="Times New Roman"/>
        </w:rPr>
        <w:t>_</w:t>
      </w:r>
    </w:p>
    <w:p w14:paraId="2054AA5C" w14:textId="77777777" w:rsidR="00CE1881" w:rsidRPr="00D77E0B" w:rsidRDefault="00CE1881" w:rsidP="00CE1881">
      <w:pPr>
        <w:rPr>
          <w:rFonts w:ascii="Times New Roman" w:hAnsi="Times New Roman" w:cs="Times New Roman"/>
        </w:rPr>
      </w:pPr>
    </w:p>
    <w:p w14:paraId="6B184E55" w14:textId="77777777" w:rsidR="00CE1881" w:rsidRPr="00D77E0B" w:rsidRDefault="00CE1881" w:rsidP="00CE1881">
      <w:pPr>
        <w:rPr>
          <w:rFonts w:ascii="Times New Roman" w:hAnsi="Times New Roman" w:cs="Times New Roman"/>
        </w:rPr>
      </w:pPr>
      <w:r w:rsidRPr="00D77E0B">
        <w:rPr>
          <w:rFonts w:ascii="Times New Roman" w:hAnsi="Times New Roman" w:cs="Times New Roman"/>
        </w:rPr>
        <w:t>Please specify how much funding you are requesting:</w:t>
      </w:r>
    </w:p>
    <w:tbl>
      <w:tblPr>
        <w:tblStyle w:val="TableGrid"/>
        <w:tblW w:w="8900" w:type="dxa"/>
        <w:tblLook w:val="04A0" w:firstRow="1" w:lastRow="0" w:firstColumn="1" w:lastColumn="0" w:noHBand="0" w:noVBand="1"/>
      </w:tblPr>
      <w:tblGrid>
        <w:gridCol w:w="6377"/>
        <w:gridCol w:w="2523"/>
      </w:tblGrid>
      <w:tr w:rsidR="00CE1881" w:rsidRPr="00D77E0B" w14:paraId="25C4AFDD" w14:textId="77777777" w:rsidTr="00B907E6">
        <w:trPr>
          <w:trHeight w:val="258"/>
        </w:trPr>
        <w:tc>
          <w:tcPr>
            <w:tcW w:w="6377" w:type="dxa"/>
          </w:tcPr>
          <w:p w14:paraId="1E81F496" w14:textId="77777777" w:rsidR="00CE1881" w:rsidRPr="00D77E0B" w:rsidRDefault="00CE1881" w:rsidP="002B1501">
            <w:pPr>
              <w:rPr>
                <w:rFonts w:ascii="Times New Roman" w:hAnsi="Times New Roman" w:cs="Times New Roman"/>
                <w:b/>
                <w:bCs/>
              </w:rPr>
            </w:pPr>
            <w:r w:rsidRPr="00D77E0B">
              <w:rPr>
                <w:rFonts w:ascii="Times New Roman" w:hAnsi="Times New Roman" w:cs="Times New Roman"/>
                <w:b/>
                <w:bCs/>
              </w:rPr>
              <w:t>Item</w:t>
            </w:r>
          </w:p>
        </w:tc>
        <w:tc>
          <w:tcPr>
            <w:tcW w:w="2523" w:type="dxa"/>
          </w:tcPr>
          <w:p w14:paraId="7A90F2EF" w14:textId="77777777" w:rsidR="00CE1881" w:rsidRPr="00D77E0B" w:rsidRDefault="00CE1881" w:rsidP="002B1501">
            <w:pPr>
              <w:rPr>
                <w:rFonts w:ascii="Times New Roman" w:hAnsi="Times New Roman" w:cs="Times New Roman"/>
                <w:b/>
                <w:bCs/>
              </w:rPr>
            </w:pPr>
            <w:r w:rsidRPr="00D77E0B">
              <w:rPr>
                <w:rFonts w:ascii="Times New Roman" w:hAnsi="Times New Roman" w:cs="Times New Roman"/>
                <w:b/>
                <w:bCs/>
              </w:rPr>
              <w:t>Estimated Cost</w:t>
            </w:r>
          </w:p>
        </w:tc>
      </w:tr>
      <w:tr w:rsidR="00CE1881" w:rsidRPr="00D77E0B" w14:paraId="3109804F" w14:textId="77777777" w:rsidTr="00B907E6">
        <w:trPr>
          <w:trHeight w:val="243"/>
        </w:trPr>
        <w:tc>
          <w:tcPr>
            <w:tcW w:w="6377" w:type="dxa"/>
          </w:tcPr>
          <w:p w14:paraId="059B80A3" w14:textId="77777777" w:rsidR="00CE1881" w:rsidRPr="00D77E0B" w:rsidRDefault="00CE1881" w:rsidP="002B1501">
            <w:pPr>
              <w:rPr>
                <w:rFonts w:ascii="Times New Roman" w:hAnsi="Times New Roman" w:cs="Times New Roman"/>
                <w:b/>
                <w:bCs/>
              </w:rPr>
            </w:pPr>
          </w:p>
        </w:tc>
        <w:tc>
          <w:tcPr>
            <w:tcW w:w="2523" w:type="dxa"/>
          </w:tcPr>
          <w:p w14:paraId="39A2AE67" w14:textId="77777777" w:rsidR="00CE1881" w:rsidRPr="00D77E0B" w:rsidRDefault="00CE1881" w:rsidP="002B1501">
            <w:pPr>
              <w:rPr>
                <w:rFonts w:ascii="Times New Roman" w:hAnsi="Times New Roman" w:cs="Times New Roman"/>
                <w:b/>
                <w:bCs/>
              </w:rPr>
            </w:pPr>
          </w:p>
        </w:tc>
      </w:tr>
      <w:tr w:rsidR="00CE1881" w14:paraId="605AAABA" w14:textId="77777777" w:rsidTr="00B907E6">
        <w:trPr>
          <w:trHeight w:val="258"/>
        </w:trPr>
        <w:tc>
          <w:tcPr>
            <w:tcW w:w="6377" w:type="dxa"/>
          </w:tcPr>
          <w:p w14:paraId="548C16D6" w14:textId="77777777" w:rsidR="00CE1881" w:rsidRDefault="00CE1881" w:rsidP="002B1501"/>
        </w:tc>
        <w:tc>
          <w:tcPr>
            <w:tcW w:w="2523" w:type="dxa"/>
          </w:tcPr>
          <w:p w14:paraId="1D54FC2A" w14:textId="77777777" w:rsidR="00CE1881" w:rsidRDefault="00CE1881" w:rsidP="002B1501"/>
        </w:tc>
      </w:tr>
      <w:tr w:rsidR="00CE1881" w14:paraId="1D9297DB" w14:textId="77777777" w:rsidTr="00B907E6">
        <w:trPr>
          <w:trHeight w:val="258"/>
        </w:trPr>
        <w:tc>
          <w:tcPr>
            <w:tcW w:w="6377" w:type="dxa"/>
          </w:tcPr>
          <w:p w14:paraId="115488C0" w14:textId="77777777" w:rsidR="00CE1881" w:rsidRDefault="00CE1881" w:rsidP="002B1501"/>
        </w:tc>
        <w:tc>
          <w:tcPr>
            <w:tcW w:w="2523" w:type="dxa"/>
          </w:tcPr>
          <w:p w14:paraId="730EE5CB" w14:textId="77777777" w:rsidR="00CE1881" w:rsidRDefault="00CE1881" w:rsidP="002B1501"/>
        </w:tc>
      </w:tr>
      <w:tr w:rsidR="00CE1881" w14:paraId="42F24073" w14:textId="77777777" w:rsidTr="00B907E6">
        <w:trPr>
          <w:trHeight w:val="258"/>
        </w:trPr>
        <w:tc>
          <w:tcPr>
            <w:tcW w:w="6377" w:type="dxa"/>
          </w:tcPr>
          <w:p w14:paraId="1BD870D2" w14:textId="77777777" w:rsidR="00CE1881" w:rsidRDefault="00CE1881" w:rsidP="002B1501"/>
        </w:tc>
        <w:tc>
          <w:tcPr>
            <w:tcW w:w="2523" w:type="dxa"/>
          </w:tcPr>
          <w:p w14:paraId="596CEDF9" w14:textId="77777777" w:rsidR="00CE1881" w:rsidRDefault="00CE1881" w:rsidP="002B1501"/>
        </w:tc>
      </w:tr>
      <w:tr w:rsidR="00CE1881" w14:paraId="73CC0460" w14:textId="77777777" w:rsidTr="00B907E6">
        <w:trPr>
          <w:trHeight w:val="258"/>
        </w:trPr>
        <w:tc>
          <w:tcPr>
            <w:tcW w:w="6377" w:type="dxa"/>
          </w:tcPr>
          <w:p w14:paraId="629F5132" w14:textId="77777777" w:rsidR="00CE1881" w:rsidRDefault="00CE1881" w:rsidP="002B1501"/>
        </w:tc>
        <w:tc>
          <w:tcPr>
            <w:tcW w:w="2523" w:type="dxa"/>
          </w:tcPr>
          <w:p w14:paraId="14FAC7B4" w14:textId="77777777" w:rsidR="00CE1881" w:rsidRDefault="00CE1881" w:rsidP="002B1501"/>
        </w:tc>
      </w:tr>
      <w:tr w:rsidR="00CE1881" w14:paraId="4D93B4BE" w14:textId="77777777" w:rsidTr="00B907E6">
        <w:trPr>
          <w:trHeight w:val="243"/>
        </w:trPr>
        <w:tc>
          <w:tcPr>
            <w:tcW w:w="6377" w:type="dxa"/>
          </w:tcPr>
          <w:p w14:paraId="74D0DBB8" w14:textId="77777777" w:rsidR="00CE1881" w:rsidRDefault="00CE1881" w:rsidP="002B1501"/>
        </w:tc>
        <w:tc>
          <w:tcPr>
            <w:tcW w:w="2523" w:type="dxa"/>
          </w:tcPr>
          <w:p w14:paraId="0B8A23FF" w14:textId="77777777" w:rsidR="00CE1881" w:rsidRDefault="00CE1881" w:rsidP="002B1501"/>
        </w:tc>
      </w:tr>
      <w:tr w:rsidR="00CE1881" w14:paraId="36EF1E4B" w14:textId="77777777" w:rsidTr="00B907E6">
        <w:trPr>
          <w:trHeight w:val="258"/>
        </w:trPr>
        <w:tc>
          <w:tcPr>
            <w:tcW w:w="6377" w:type="dxa"/>
          </w:tcPr>
          <w:p w14:paraId="3689C553" w14:textId="77777777" w:rsidR="00CE1881" w:rsidRDefault="00CE1881" w:rsidP="002B1501"/>
        </w:tc>
        <w:tc>
          <w:tcPr>
            <w:tcW w:w="2523" w:type="dxa"/>
          </w:tcPr>
          <w:p w14:paraId="5E63D4FF" w14:textId="77777777" w:rsidR="00CE1881" w:rsidRDefault="00CE1881" w:rsidP="002B1501"/>
        </w:tc>
      </w:tr>
    </w:tbl>
    <w:p w14:paraId="11A513DC" w14:textId="09528DE7" w:rsidR="00CE1881" w:rsidRDefault="00B907E6" w:rsidP="00CE1881">
      <w:pPr>
        <w:rPr>
          <w:b/>
          <w:bCs/>
        </w:rPr>
      </w:pPr>
      <w:r w:rsidRPr="00D77E0B">
        <w:rPr>
          <w:b/>
          <w:bCs/>
          <w:noProof/>
        </w:rPr>
        <mc:AlternateContent>
          <mc:Choice Requires="wps">
            <w:drawing>
              <wp:anchor distT="45720" distB="45720" distL="114300" distR="114300" simplePos="0" relativeHeight="251653120" behindDoc="0" locked="0" layoutInCell="1" allowOverlap="1" wp14:anchorId="05DF2B71" wp14:editId="5DE3ACB2">
                <wp:simplePos x="0" y="0"/>
                <wp:positionH relativeFrom="margin">
                  <wp:posOffset>-66675</wp:posOffset>
                </wp:positionH>
                <wp:positionV relativeFrom="paragraph">
                  <wp:posOffset>372110</wp:posOffset>
                </wp:positionV>
                <wp:extent cx="5610225" cy="942975"/>
                <wp:effectExtent l="0" t="0" r="28575"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42975"/>
                        </a:xfrm>
                        <a:prstGeom prst="rect">
                          <a:avLst/>
                        </a:prstGeom>
                        <a:solidFill>
                          <a:srgbClr val="FFFFFF"/>
                        </a:solidFill>
                        <a:ln w="9525">
                          <a:solidFill>
                            <a:srgbClr val="000000"/>
                          </a:solidFill>
                          <a:miter lim="800000"/>
                          <a:headEnd/>
                          <a:tailEnd/>
                        </a:ln>
                      </wps:spPr>
                      <wps:txbx>
                        <w:txbxContent>
                          <w:p w14:paraId="76A9DDAC" w14:textId="77777777" w:rsidR="00CE1881" w:rsidRDefault="00CE1881" w:rsidP="00CE18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F2B71" id="_x0000_s1029" type="#_x0000_t202" style="position:absolute;margin-left:-5.25pt;margin-top:29.3pt;width:441.75pt;height:74.2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">
                <v:textbox>
                  <w:txbxContent>
                    <w:p w14:paraId="76A9DDAC" w14:textId="77777777" w:rsidR="00CE1881" w:rsidRDefault="00CE1881" w:rsidP="00CE1881"/>
                  </w:txbxContent>
                </v:textbox>
                <w10:wrap type="square" anchorx="margin"/>
              </v:shape>
            </w:pict>
          </mc:Fallback>
        </mc:AlternateContent>
      </w:r>
      <w:r w:rsidR="00CE1881">
        <w:rPr>
          <w:b/>
          <w:bCs/>
        </w:rPr>
        <w:t>Please explain the purpose of purchasing these items:</w:t>
      </w:r>
    </w:p>
    <w:p w14:paraId="04F7897C" w14:textId="78B9198C" w:rsidR="00CE1881" w:rsidRPr="00B907E6" w:rsidRDefault="00CE1881" w:rsidP="00CE1881">
      <w:pPr>
        <w:rPr>
          <w:sz w:val="20"/>
          <w:szCs w:val="20"/>
        </w:rPr>
      </w:pPr>
      <w:r w:rsidRPr="00B907E6">
        <w:rPr>
          <w:sz w:val="20"/>
          <w:szCs w:val="20"/>
        </w:rPr>
        <w:t xml:space="preserve">Please </w:t>
      </w:r>
      <w:r w:rsidR="00B907E6" w:rsidRPr="00B907E6">
        <w:rPr>
          <w:sz w:val="20"/>
          <w:szCs w:val="20"/>
        </w:rPr>
        <w:t>send</w:t>
      </w:r>
      <w:r w:rsidRPr="00B907E6">
        <w:rPr>
          <w:sz w:val="20"/>
          <w:szCs w:val="20"/>
        </w:rPr>
        <w:t xml:space="preserve"> this form </w:t>
      </w:r>
      <w:r w:rsidRPr="00B907E6">
        <w:rPr>
          <w:b/>
          <w:bCs/>
          <w:sz w:val="20"/>
          <w:szCs w:val="20"/>
          <w:u w:val="single"/>
        </w:rPr>
        <w:t>2 weeks</w:t>
      </w:r>
      <w:r w:rsidRPr="00B907E6">
        <w:rPr>
          <w:sz w:val="20"/>
          <w:szCs w:val="20"/>
        </w:rPr>
        <w:t xml:space="preserve"> in advance of when you need these items. The Student Engagement Coordinator will contact you to let you know if your request is approved or denied. </w:t>
      </w:r>
    </w:p>
    <w:p w14:paraId="1D2CD7F0" w14:textId="45BCB49B" w:rsidR="00B907E6" w:rsidRDefault="00B907E6" w:rsidP="00CE1881">
      <w:pPr>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506F9820" wp14:editId="3DD84511">
                <wp:simplePos x="0" y="0"/>
                <wp:positionH relativeFrom="column">
                  <wp:posOffset>2047875</wp:posOffset>
                </wp:positionH>
                <wp:positionV relativeFrom="paragraph">
                  <wp:posOffset>1025525</wp:posOffset>
                </wp:positionV>
                <wp:extent cx="438150" cy="2667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4381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20999C" id="Rectangle 3" o:spid="_x0000_s1026" style="position:absolute;margin-left:161.25pt;margin-top:80.75pt;width:34.5pt;height:21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" filled="f" strokecolor="black [3213]" strokeweight="2pt"/>
            </w:pict>
          </mc:Fallback>
        </mc:AlternateContent>
      </w: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040996D1" wp14:editId="0E3A852A">
                <wp:simplePos x="0" y="0"/>
                <wp:positionH relativeFrom="column">
                  <wp:posOffset>762000</wp:posOffset>
                </wp:positionH>
                <wp:positionV relativeFrom="paragraph">
                  <wp:posOffset>1029970</wp:posOffset>
                </wp:positionV>
                <wp:extent cx="438150" cy="2667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4381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99E7C3" id="Rectangle 14" o:spid="_x0000_s1026" style="position:absolute;margin-left:60pt;margin-top:81.1pt;width:34.5pt;height:2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" filled="f" strokecolor="black [3213]" strokeweight="2pt"/>
            </w:pict>
          </mc:Fallback>
        </mc:AlternateContent>
      </w:r>
      <w:r w:rsidR="00CE1881" w:rsidRPr="007562E1">
        <w:rPr>
          <w:rFonts w:ascii="Times New Roman" w:hAnsi="Times New Roman" w:cs="Times New Roman"/>
        </w:rPr>
        <w:t>Student Organizer Signature: _________________________________</w:t>
      </w:r>
      <w:r w:rsidR="00CE1881">
        <w:rPr>
          <w:rFonts w:ascii="Times New Roman" w:hAnsi="Times New Roman" w:cs="Times New Roman"/>
        </w:rPr>
        <w:t>__</w:t>
      </w:r>
      <w:r w:rsidR="00CE1881" w:rsidRPr="007562E1">
        <w:rPr>
          <w:rFonts w:ascii="Times New Roman" w:hAnsi="Times New Roman" w:cs="Times New Roman"/>
        </w:rPr>
        <w:t xml:space="preserve"> Date: _______</w:t>
      </w:r>
      <w:r w:rsidR="00CE1881">
        <w:rPr>
          <w:rFonts w:ascii="Times New Roman" w:hAnsi="Times New Roman" w:cs="Times New Roman"/>
        </w:rPr>
        <w:t>_____</w:t>
      </w:r>
      <w:r w:rsidR="00CE1881">
        <w:rPr>
          <w:rFonts w:ascii="Times New Roman" w:hAnsi="Times New Roman" w:cs="Times New Roman"/>
        </w:rPr>
        <w:br/>
      </w:r>
      <w:r w:rsidR="00CE1881">
        <w:rPr>
          <w:rFonts w:ascii="Times New Roman" w:hAnsi="Times New Roman" w:cs="Times New Roman"/>
        </w:rPr>
        <w:br/>
        <w:t xml:space="preserve">Advisor Signature: </w:t>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r>
      <w:r w:rsidR="00CE1881">
        <w:rPr>
          <w:rFonts w:ascii="Times New Roman" w:hAnsi="Times New Roman" w:cs="Times New Roman"/>
        </w:rPr>
        <w:softHyphen/>
        <w:t>_______________________________________</w:t>
      </w:r>
      <w:r>
        <w:rPr>
          <w:rFonts w:ascii="Times New Roman" w:hAnsi="Times New Roman" w:cs="Times New Roman"/>
        </w:rPr>
        <w:t xml:space="preserve">____ </w:t>
      </w:r>
      <w:r w:rsidR="00CE1881">
        <w:rPr>
          <w:rFonts w:ascii="Times New Roman" w:hAnsi="Times New Roman" w:cs="Times New Roman"/>
        </w:rPr>
        <w:t>Date: ____________</w:t>
      </w:r>
      <w:r w:rsidR="00CE1881">
        <w:rPr>
          <w:rFonts w:ascii="Times New Roman" w:hAnsi="Times New Roman" w:cs="Times New Roman"/>
          <w:sz w:val="24"/>
          <w:szCs w:val="24"/>
        </w:rPr>
        <w:br/>
      </w:r>
      <w:r w:rsidR="00CE1881">
        <w:rPr>
          <w:rFonts w:ascii="Times New Roman" w:hAnsi="Times New Roman" w:cs="Times New Roman"/>
          <w:sz w:val="24"/>
          <w:szCs w:val="24"/>
        </w:rPr>
        <w:br/>
      </w:r>
      <w:r>
        <w:rPr>
          <w:rFonts w:ascii="Times New Roman" w:hAnsi="Times New Roman" w:cs="Times New Roman"/>
          <w:sz w:val="24"/>
          <w:szCs w:val="24"/>
        </w:rPr>
        <w:t>Student Engagement Coordinator Signature: ____________________________</w:t>
      </w:r>
      <w:r w:rsidR="00AA5A45">
        <w:rPr>
          <w:rFonts w:ascii="Times New Roman" w:hAnsi="Times New Roman" w:cs="Times New Roman"/>
          <w:sz w:val="24"/>
          <w:szCs w:val="24"/>
        </w:rPr>
        <w:t>___</w:t>
      </w:r>
      <w:r>
        <w:rPr>
          <w:rFonts w:ascii="Times New Roman" w:hAnsi="Times New Roman" w:cs="Times New Roman"/>
          <w:sz w:val="24"/>
          <w:szCs w:val="24"/>
        </w:rPr>
        <w:t>___</w:t>
      </w:r>
    </w:p>
    <w:p w14:paraId="2762141E" w14:textId="27850928" w:rsidR="00CE1881" w:rsidRDefault="00CE1881" w:rsidP="00CE1881">
      <w:pPr>
        <w:rPr>
          <w:rFonts w:ascii="Times New Roman" w:hAnsi="Times New Roman" w:cs="Times New Roman"/>
          <w:sz w:val="24"/>
          <w:szCs w:val="24"/>
        </w:rPr>
      </w:pPr>
      <w:r>
        <w:rPr>
          <w:rFonts w:ascii="Times New Roman" w:hAnsi="Times New Roman" w:cs="Times New Roman"/>
          <w:sz w:val="24"/>
          <w:szCs w:val="24"/>
        </w:rPr>
        <w:t>Approved:</w:t>
      </w:r>
      <w:r>
        <w:rPr>
          <w:rFonts w:ascii="Times New Roman" w:hAnsi="Times New Roman" w:cs="Times New Roman"/>
          <w:sz w:val="24"/>
          <w:szCs w:val="24"/>
        </w:rPr>
        <w:tab/>
      </w:r>
      <w:r>
        <w:rPr>
          <w:rFonts w:ascii="Times New Roman" w:hAnsi="Times New Roman" w:cs="Times New Roman"/>
          <w:sz w:val="24"/>
          <w:szCs w:val="24"/>
        </w:rPr>
        <w:tab/>
        <w:t>Denied:</w:t>
      </w:r>
      <w:r>
        <w:rPr>
          <w:rFonts w:ascii="Times New Roman" w:hAnsi="Times New Roman" w:cs="Times New Roman"/>
          <w:sz w:val="24"/>
          <w:szCs w:val="24"/>
        </w:rPr>
        <w:tab/>
      </w:r>
      <w:r>
        <w:rPr>
          <w:rFonts w:ascii="Times New Roman" w:hAnsi="Times New Roman" w:cs="Times New Roman"/>
          <w:sz w:val="24"/>
          <w:szCs w:val="24"/>
        </w:rPr>
        <w:tab/>
      </w:r>
      <w:r w:rsidR="00AA5A45">
        <w:rPr>
          <w:rFonts w:ascii="Times New Roman" w:hAnsi="Times New Roman" w:cs="Times New Roman"/>
          <w:sz w:val="24"/>
          <w:szCs w:val="24"/>
        </w:rPr>
        <w:t xml:space="preserve">                                    </w:t>
      </w:r>
      <w:r>
        <w:rPr>
          <w:rFonts w:ascii="Times New Roman" w:hAnsi="Times New Roman" w:cs="Times New Roman"/>
          <w:sz w:val="24"/>
          <w:szCs w:val="24"/>
        </w:rPr>
        <w:t>Date: ____</w:t>
      </w:r>
      <w:r w:rsidR="00AA5A45">
        <w:rPr>
          <w:rFonts w:ascii="Times New Roman" w:hAnsi="Times New Roman" w:cs="Times New Roman"/>
          <w:sz w:val="24"/>
          <w:szCs w:val="24"/>
        </w:rPr>
        <w:t>_</w:t>
      </w:r>
      <w:r>
        <w:rPr>
          <w:rFonts w:ascii="Times New Roman" w:hAnsi="Times New Roman" w:cs="Times New Roman"/>
          <w:sz w:val="24"/>
          <w:szCs w:val="24"/>
        </w:rPr>
        <w:t>______</w:t>
      </w:r>
    </w:p>
    <w:p w14:paraId="3477A656" w14:textId="77777777" w:rsidR="00EA68FC" w:rsidRDefault="00EA68FC" w:rsidP="00EA68FC"/>
    <w:p w14:paraId="616388D9" w14:textId="6A6158CA" w:rsidR="00B907E6" w:rsidRPr="00227049" w:rsidRDefault="00B907E6" w:rsidP="00B907E6">
      <w:pPr>
        <w:rPr>
          <w:sz w:val="20"/>
          <w:szCs w:val="20"/>
        </w:rPr>
      </w:pPr>
      <w:r>
        <w:rPr>
          <w:noProof/>
        </w:rPr>
        <w:lastRenderedPageBreak/>
        <w:drawing>
          <wp:inline distT="0" distB="0" distL="0" distR="0" wp14:anchorId="71230955" wp14:editId="6829E9E1">
            <wp:extent cx="2867025" cy="395135"/>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6615" cy="400591"/>
                    </a:xfrm>
                    <a:prstGeom prst="rect">
                      <a:avLst/>
                    </a:prstGeom>
                  </pic:spPr>
                </pic:pic>
              </a:graphicData>
            </a:graphic>
          </wp:inline>
        </w:drawing>
      </w:r>
      <w:r>
        <w:tab/>
      </w:r>
      <w:r w:rsidRPr="00B907E6">
        <w:rPr>
          <w:rFonts w:ascii="Times New Roman" w:hAnsi="Times New Roman" w:cs="Times New Roman"/>
          <w:sz w:val="28"/>
          <w:szCs w:val="28"/>
        </w:rPr>
        <w:t>Office of Student Activities</w:t>
      </w:r>
      <w:r w:rsidRPr="00227049">
        <w:rPr>
          <w:sz w:val="28"/>
          <w:szCs w:val="28"/>
        </w:rPr>
        <w:t xml:space="preserve"> </w:t>
      </w:r>
    </w:p>
    <w:p w14:paraId="4285E4F1" w14:textId="77777777" w:rsidR="00B907E6" w:rsidRDefault="00B907E6" w:rsidP="00B907E6"/>
    <w:p w14:paraId="25ACD1E9" w14:textId="77777777" w:rsidR="00B907E6" w:rsidRPr="009E16F1" w:rsidRDefault="00B907E6" w:rsidP="00B907E6">
      <w:pPr>
        <w:jc w:val="center"/>
        <w:rPr>
          <w:rFonts w:ascii="Times New Roman" w:hAnsi="Times New Roman" w:cs="Times New Roman"/>
          <w:b/>
          <w:bCs/>
          <w:sz w:val="32"/>
          <w:szCs w:val="32"/>
        </w:rPr>
      </w:pPr>
      <w:r w:rsidRPr="009E16F1">
        <w:rPr>
          <w:rFonts w:ascii="Times New Roman" w:hAnsi="Times New Roman" w:cs="Times New Roman"/>
          <w:b/>
          <w:bCs/>
          <w:sz w:val="32"/>
          <w:szCs w:val="32"/>
        </w:rPr>
        <w:t>Outside Donation Request Form</w:t>
      </w:r>
    </w:p>
    <w:p w14:paraId="71FDA1BF" w14:textId="77777777" w:rsidR="00B907E6" w:rsidRPr="009E16F1" w:rsidRDefault="00B907E6" w:rsidP="00B907E6">
      <w:pPr>
        <w:rPr>
          <w:rFonts w:ascii="Times New Roman" w:hAnsi="Times New Roman" w:cs="Times New Roman"/>
          <w:b/>
          <w:bCs/>
          <w:sz w:val="28"/>
          <w:szCs w:val="28"/>
          <w:u w:val="single"/>
        </w:rPr>
      </w:pPr>
      <w:r w:rsidRPr="009E16F1">
        <w:rPr>
          <w:rFonts w:ascii="Times New Roman" w:hAnsi="Times New Roman" w:cs="Times New Roman"/>
          <w:b/>
          <w:bCs/>
          <w:sz w:val="28"/>
          <w:szCs w:val="28"/>
          <w:u w:val="single"/>
        </w:rPr>
        <w:t>Club Information</w:t>
      </w:r>
    </w:p>
    <w:p w14:paraId="2A330EE1" w14:textId="1ECFC0F2" w:rsidR="00B907E6" w:rsidRPr="009E16F1" w:rsidRDefault="00B907E6" w:rsidP="00B907E6">
      <w:pPr>
        <w:rPr>
          <w:rFonts w:ascii="Times New Roman" w:hAnsi="Times New Roman" w:cs="Times New Roman"/>
        </w:rPr>
      </w:pPr>
      <w:r w:rsidRPr="009E16F1">
        <w:rPr>
          <w:rFonts w:ascii="Times New Roman" w:hAnsi="Times New Roman" w:cs="Times New Roman"/>
        </w:rPr>
        <w:t>Name of Club: __________________________ Club Advisor: ______________________</w:t>
      </w:r>
      <w:r w:rsidR="00AA5A45">
        <w:rPr>
          <w:rFonts w:ascii="Times New Roman" w:hAnsi="Times New Roman" w:cs="Times New Roman"/>
        </w:rPr>
        <w:t>_</w:t>
      </w:r>
      <w:r w:rsidRPr="009E16F1">
        <w:rPr>
          <w:rFonts w:ascii="Times New Roman" w:hAnsi="Times New Roman" w:cs="Times New Roman"/>
        </w:rPr>
        <w:t>___</w:t>
      </w:r>
    </w:p>
    <w:p w14:paraId="03CE9633" w14:textId="40F4AEF8" w:rsidR="00B907E6" w:rsidRPr="009E16F1" w:rsidRDefault="00B907E6" w:rsidP="00B907E6">
      <w:pPr>
        <w:rPr>
          <w:rFonts w:ascii="Times New Roman" w:hAnsi="Times New Roman" w:cs="Times New Roman"/>
        </w:rPr>
      </w:pPr>
      <w:r w:rsidRPr="009E16F1">
        <w:rPr>
          <w:rFonts w:ascii="Times New Roman" w:hAnsi="Times New Roman" w:cs="Times New Roman"/>
        </w:rPr>
        <w:t>Club President: __________________________</w:t>
      </w:r>
    </w:p>
    <w:p w14:paraId="2764C871" w14:textId="77777777" w:rsidR="00B907E6" w:rsidRPr="009E16F1" w:rsidRDefault="00B907E6" w:rsidP="00B907E6">
      <w:pPr>
        <w:rPr>
          <w:rFonts w:ascii="Times New Roman" w:hAnsi="Times New Roman" w:cs="Times New Roman"/>
          <w:b/>
          <w:bCs/>
          <w:sz w:val="28"/>
          <w:szCs w:val="28"/>
          <w:u w:val="single"/>
        </w:rPr>
      </w:pPr>
      <w:r w:rsidRPr="009E16F1">
        <w:rPr>
          <w:rFonts w:ascii="Times New Roman" w:hAnsi="Times New Roman" w:cs="Times New Roman"/>
          <w:b/>
          <w:bCs/>
          <w:sz w:val="28"/>
          <w:szCs w:val="28"/>
          <w:u w:val="single"/>
        </w:rPr>
        <w:t>Event Information</w:t>
      </w:r>
    </w:p>
    <w:p w14:paraId="606A6D71" w14:textId="2329BCF0" w:rsidR="00B907E6" w:rsidRPr="009E16F1" w:rsidRDefault="00B907E6" w:rsidP="00B907E6">
      <w:pPr>
        <w:rPr>
          <w:rFonts w:ascii="Times New Roman" w:hAnsi="Times New Roman" w:cs="Times New Roman"/>
        </w:rPr>
      </w:pPr>
      <w:r w:rsidRPr="009E16F1">
        <w:rPr>
          <w:rFonts w:ascii="Times New Roman" w:hAnsi="Times New Roman" w:cs="Times New Roman"/>
        </w:rPr>
        <w:t>Name of Event/Activity: __________________________ Desired Date of Event: ________</w:t>
      </w:r>
      <w:r w:rsidR="00AA5A45">
        <w:rPr>
          <w:rFonts w:ascii="Times New Roman" w:hAnsi="Times New Roman" w:cs="Times New Roman"/>
        </w:rPr>
        <w:t>_</w:t>
      </w:r>
      <w:r w:rsidRPr="009E16F1">
        <w:rPr>
          <w:rFonts w:ascii="Times New Roman" w:hAnsi="Times New Roman" w:cs="Times New Roman"/>
        </w:rPr>
        <w:t>___</w:t>
      </w:r>
    </w:p>
    <w:p w14:paraId="6DF57272" w14:textId="28707D87" w:rsidR="00B907E6" w:rsidRPr="009E16F1" w:rsidRDefault="00B907E6" w:rsidP="00B907E6">
      <w:pPr>
        <w:rPr>
          <w:rFonts w:ascii="Times New Roman" w:hAnsi="Times New Roman" w:cs="Times New Roman"/>
        </w:rPr>
      </w:pPr>
      <w:r>
        <w:rPr>
          <w:rFonts w:ascii="Times New Roman" w:hAnsi="Times New Roman" w:cs="Times New Roman"/>
        </w:rPr>
        <w:t>Where will this event take place? ___________________________________________________</w:t>
      </w:r>
    </w:p>
    <w:p w14:paraId="7C347CEA" w14:textId="77777777" w:rsidR="00B907E6" w:rsidRDefault="00B907E6" w:rsidP="00B907E6">
      <w:pPr>
        <w:rPr>
          <w:rFonts w:ascii="Times New Roman" w:hAnsi="Times New Roman" w:cs="Times New Roman"/>
        </w:rPr>
      </w:pPr>
      <w:r w:rsidRPr="009E16F1">
        <w:rPr>
          <w:rFonts w:ascii="Times New Roman" w:hAnsi="Times New Roman" w:cs="Times New Roman"/>
        </w:rPr>
        <w:t>Will you be needing advertisements? (i.e., posters, social media posts, etc.)   YES           NO</w:t>
      </w:r>
      <w:r w:rsidRPr="009E16F1">
        <w:rPr>
          <w:rFonts w:ascii="Times New Roman" w:hAnsi="Times New Roman" w:cs="Times New Roman"/>
        </w:rPr>
        <w:br/>
        <w:t xml:space="preserve">*If yes, please let the Student Engagement Coordinator know 2 weeks in advance to create your advertisements. </w:t>
      </w:r>
    </w:p>
    <w:p w14:paraId="04A926CE" w14:textId="77777777" w:rsidR="00B907E6" w:rsidRPr="009E16F1" w:rsidRDefault="00B907E6" w:rsidP="00B907E6">
      <w:pPr>
        <w:rPr>
          <w:rFonts w:ascii="Times New Roman" w:hAnsi="Times New Roman" w:cs="Times New Roman"/>
        </w:rPr>
      </w:pPr>
      <w:r>
        <w:rPr>
          <w:rFonts w:ascii="Times New Roman" w:hAnsi="Times New Roman" w:cs="Times New Roman"/>
        </w:rPr>
        <w:t>What will you be selling? _________________________________________________________</w:t>
      </w:r>
    </w:p>
    <w:p w14:paraId="684261CF" w14:textId="77777777" w:rsidR="00B907E6" w:rsidRPr="009E16F1" w:rsidRDefault="00B907E6" w:rsidP="00B907E6">
      <w:pPr>
        <w:rPr>
          <w:rFonts w:ascii="Times New Roman" w:hAnsi="Times New Roman" w:cs="Times New Roman"/>
          <w:sz w:val="24"/>
          <w:szCs w:val="24"/>
        </w:rPr>
      </w:pPr>
      <w:r w:rsidRPr="009E16F1">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AFE3B13" wp14:editId="4F85E5E3">
                <wp:simplePos x="0" y="0"/>
                <wp:positionH relativeFrom="margin">
                  <wp:posOffset>0</wp:posOffset>
                </wp:positionH>
                <wp:positionV relativeFrom="paragraph">
                  <wp:posOffset>224155</wp:posOffset>
                </wp:positionV>
                <wp:extent cx="5467350" cy="15525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5467350" cy="1552575"/>
                        </a:xfrm>
                        <a:prstGeom prst="rect">
                          <a:avLst/>
                        </a:prstGeom>
                        <a:solidFill>
                          <a:schemeClr val="lt1"/>
                        </a:solidFill>
                        <a:ln w="6350">
                          <a:solidFill>
                            <a:schemeClr val="tx1"/>
                          </a:solidFill>
                        </a:ln>
                      </wps:spPr>
                      <wps:txbx>
                        <w:txbxContent>
                          <w:p w14:paraId="70AE14DE" w14:textId="77777777" w:rsidR="00B907E6" w:rsidRDefault="00B907E6" w:rsidP="00B907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E3B13" id="Text Box 17" o:spid="_x0000_s1030" type="#_x0000_t202" style="position:absolute;margin-left:0;margin-top:17.65pt;width:430.5pt;height:122.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" fillcolor="white [3201]" strokecolor="black [3213]" strokeweight=".5pt">
                <v:textbox>
                  <w:txbxContent>
                    <w:p w14:paraId="70AE14DE" w14:textId="77777777" w:rsidR="00B907E6" w:rsidRDefault="00B907E6" w:rsidP="00B907E6"/>
                  </w:txbxContent>
                </v:textbox>
                <w10:wrap anchorx="margin"/>
              </v:shape>
            </w:pict>
          </mc:Fallback>
        </mc:AlternateContent>
      </w:r>
      <w:r w:rsidRPr="009E16F1">
        <w:rPr>
          <w:rFonts w:ascii="Times New Roman" w:hAnsi="Times New Roman" w:cs="Times New Roman"/>
          <w:sz w:val="24"/>
          <w:szCs w:val="24"/>
        </w:rPr>
        <w:t xml:space="preserve">Please state </w:t>
      </w:r>
      <w:r>
        <w:rPr>
          <w:rFonts w:ascii="Times New Roman" w:hAnsi="Times New Roman" w:cs="Times New Roman"/>
          <w:sz w:val="24"/>
          <w:szCs w:val="24"/>
        </w:rPr>
        <w:t>why you are raising the funds outside of the college:</w:t>
      </w:r>
    </w:p>
    <w:p w14:paraId="55AF2C26" w14:textId="77777777" w:rsidR="00B907E6" w:rsidRPr="009E16F1" w:rsidRDefault="00B907E6" w:rsidP="00B907E6">
      <w:pPr>
        <w:rPr>
          <w:rFonts w:ascii="Times New Roman" w:hAnsi="Times New Roman" w:cs="Times New Roman"/>
          <w:sz w:val="24"/>
          <w:szCs w:val="24"/>
        </w:rPr>
      </w:pPr>
    </w:p>
    <w:p w14:paraId="3C3D8180" w14:textId="77777777" w:rsidR="00B907E6" w:rsidRPr="009E16F1" w:rsidRDefault="00B907E6" w:rsidP="00B907E6">
      <w:pPr>
        <w:rPr>
          <w:rFonts w:ascii="Times New Roman" w:hAnsi="Times New Roman" w:cs="Times New Roman"/>
          <w:sz w:val="24"/>
          <w:szCs w:val="24"/>
        </w:rPr>
      </w:pPr>
      <w:r w:rsidRPr="009E16F1">
        <w:rPr>
          <w:rFonts w:ascii="Times New Roman" w:hAnsi="Times New Roman" w:cs="Times New Roman"/>
          <w:sz w:val="24"/>
          <w:szCs w:val="24"/>
        </w:rPr>
        <w:t xml:space="preserve"> </w:t>
      </w:r>
    </w:p>
    <w:p w14:paraId="1E9DE138" w14:textId="77777777" w:rsidR="00B907E6" w:rsidRPr="009E16F1" w:rsidRDefault="00B907E6" w:rsidP="00B907E6">
      <w:pPr>
        <w:rPr>
          <w:rFonts w:ascii="Times New Roman" w:hAnsi="Times New Roman" w:cs="Times New Roman"/>
          <w:sz w:val="24"/>
          <w:szCs w:val="24"/>
        </w:rPr>
      </w:pPr>
    </w:p>
    <w:p w14:paraId="29D5F364" w14:textId="77777777" w:rsidR="00B907E6" w:rsidRPr="009E16F1" w:rsidRDefault="00B907E6" w:rsidP="00B907E6">
      <w:pPr>
        <w:rPr>
          <w:rFonts w:ascii="Times New Roman" w:hAnsi="Times New Roman" w:cs="Times New Roman"/>
          <w:sz w:val="24"/>
          <w:szCs w:val="24"/>
        </w:rPr>
      </w:pPr>
    </w:p>
    <w:p w14:paraId="0FE71933" w14:textId="77777777" w:rsidR="00B907E6" w:rsidRPr="009E16F1" w:rsidRDefault="00B907E6" w:rsidP="00B907E6">
      <w:pPr>
        <w:rPr>
          <w:rFonts w:ascii="Times New Roman" w:hAnsi="Times New Roman" w:cs="Times New Roman"/>
          <w:sz w:val="24"/>
          <w:szCs w:val="24"/>
        </w:rPr>
      </w:pPr>
    </w:p>
    <w:p w14:paraId="2FBE7326" w14:textId="0643574D" w:rsidR="00B907E6" w:rsidRPr="009E16F1" w:rsidRDefault="00B907E6" w:rsidP="00B907E6">
      <w:pPr>
        <w:jc w:val="center"/>
        <w:rPr>
          <w:rFonts w:ascii="Times New Roman" w:hAnsi="Times New Roman" w:cs="Times New Roman"/>
        </w:rPr>
      </w:pPr>
      <w:r w:rsidRPr="009E16F1">
        <w:rPr>
          <w:rFonts w:ascii="Times New Roman" w:hAnsi="Times New Roman" w:cs="Times New Roman"/>
        </w:rPr>
        <w:t xml:space="preserve">By signing this form, you accept </w:t>
      </w:r>
      <w:r w:rsidRPr="009E16F1">
        <w:rPr>
          <w:rFonts w:ascii="Times New Roman" w:hAnsi="Times New Roman" w:cs="Times New Roman"/>
        </w:rPr>
        <w:t>responsibility</w:t>
      </w:r>
      <w:r w:rsidRPr="009E16F1">
        <w:rPr>
          <w:rFonts w:ascii="Times New Roman" w:hAnsi="Times New Roman" w:cs="Times New Roman"/>
        </w:rPr>
        <w:t xml:space="preserve"> for this event and understand that you are to complete this form within </w:t>
      </w:r>
      <w:r w:rsidRPr="00263F63">
        <w:rPr>
          <w:rFonts w:ascii="Times New Roman" w:hAnsi="Times New Roman" w:cs="Times New Roman"/>
          <w:b/>
          <w:bCs/>
        </w:rPr>
        <w:t>2 weeks</w:t>
      </w:r>
      <w:r w:rsidRPr="009E16F1">
        <w:rPr>
          <w:rFonts w:ascii="Times New Roman" w:hAnsi="Times New Roman" w:cs="Times New Roman"/>
        </w:rPr>
        <w:t xml:space="preserve"> of the event. You are responsible for being present at this event and you must abide </w:t>
      </w:r>
      <w:r w:rsidRPr="009E16F1">
        <w:rPr>
          <w:rFonts w:ascii="Times New Roman" w:hAnsi="Times New Roman" w:cs="Times New Roman"/>
        </w:rPr>
        <w:t>by</w:t>
      </w:r>
      <w:r w:rsidRPr="009E16F1">
        <w:rPr>
          <w:rFonts w:ascii="Times New Roman" w:hAnsi="Times New Roman" w:cs="Times New Roman"/>
        </w:rPr>
        <w:t xml:space="preserve"> the rules and regulations of the college.</w:t>
      </w:r>
      <w:r>
        <w:rPr>
          <w:rFonts w:ascii="Times New Roman" w:hAnsi="Times New Roman" w:cs="Times New Roman"/>
        </w:rPr>
        <w:t xml:space="preserve"> Please know that this is subject to approval of the Vice President of Institutional Advancement. </w:t>
      </w:r>
    </w:p>
    <w:p w14:paraId="3854466E" w14:textId="3E5EC59A" w:rsidR="00B907E6" w:rsidRPr="009E16F1" w:rsidRDefault="00B907E6" w:rsidP="00B907E6">
      <w:pPr>
        <w:rPr>
          <w:rFonts w:ascii="Times New Roman" w:hAnsi="Times New Roman" w:cs="Times New Roman"/>
        </w:rPr>
      </w:pPr>
      <w:r w:rsidRPr="009E16F1">
        <w:rPr>
          <w:rFonts w:ascii="Times New Roman" w:hAnsi="Times New Roman" w:cs="Times New Roman"/>
        </w:rPr>
        <w:t>Name:_________________________ Signature: ________________________ Date: ____</w:t>
      </w:r>
      <w:r>
        <w:rPr>
          <w:rFonts w:ascii="Times New Roman" w:hAnsi="Times New Roman" w:cs="Times New Roman"/>
        </w:rPr>
        <w:t>_____</w:t>
      </w:r>
    </w:p>
    <w:p w14:paraId="141ECAB2" w14:textId="77777777" w:rsidR="00B907E6" w:rsidRPr="009E16F1" w:rsidRDefault="00B907E6" w:rsidP="00B907E6">
      <w:pPr>
        <w:rPr>
          <w:rFonts w:ascii="Times New Roman" w:hAnsi="Times New Roman" w:cs="Times New Roman"/>
        </w:rPr>
      </w:pPr>
      <w:r w:rsidRPr="009E16F1">
        <w:rPr>
          <w:rFonts w:ascii="Times New Roman" w:hAnsi="Times New Roman" w:cs="Times New Roman"/>
        </w:rPr>
        <w:t>College Email: _________________________@mctc.edu  Phone Number: _________________</w:t>
      </w:r>
    </w:p>
    <w:p w14:paraId="2E6D83EC" w14:textId="09DDD8B8" w:rsidR="00EA68FC" w:rsidRPr="00AA5A45" w:rsidRDefault="00B907E6">
      <w:pPr>
        <w:rPr>
          <w:rFonts w:ascii="Times New Roman" w:hAnsi="Times New Roman" w:cs="Times New Roman"/>
        </w:rPr>
      </w:pPr>
      <w:r w:rsidRPr="009E16F1">
        <w:rPr>
          <w:rFonts w:ascii="Times New Roman" w:hAnsi="Times New Roman" w:cs="Times New Roman"/>
        </w:rPr>
        <w:t>Club Advisor Signature: _________________________</w:t>
      </w:r>
      <w:r w:rsidR="00AA5A45">
        <w:rPr>
          <w:rFonts w:ascii="Times New Roman" w:hAnsi="Times New Roman" w:cs="Times New Roman"/>
        </w:rPr>
        <w:t>__________</w:t>
      </w:r>
      <w:r w:rsidRPr="009E16F1">
        <w:rPr>
          <w:rFonts w:ascii="Times New Roman" w:hAnsi="Times New Roman" w:cs="Times New Roman"/>
        </w:rPr>
        <w:t>____ Date: _____________</w:t>
      </w:r>
      <w:r w:rsidR="00AA5A45">
        <w:rPr>
          <w:rFonts w:ascii="Times New Roman" w:hAnsi="Times New Roman" w:cs="Times New Roman"/>
        </w:rPr>
        <w:t>_</w:t>
      </w:r>
    </w:p>
    <w:sectPr w:rsidR="00EA68FC" w:rsidRPr="00AA5A45" w:rsidSect="006C66B5">
      <w:footerReference w:type="default" r:id="rId12"/>
      <w:pgSz w:w="12240" w:h="15840"/>
      <w:pgMar w:top="1440" w:right="1800" w:bottom="1440" w:left="180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2B04" w14:textId="77777777" w:rsidR="00786158" w:rsidRDefault="00786158" w:rsidP="006C66B5">
      <w:pPr>
        <w:spacing w:after="0" w:line="240" w:lineRule="auto"/>
      </w:pPr>
      <w:r>
        <w:separator/>
      </w:r>
    </w:p>
  </w:endnote>
  <w:endnote w:type="continuationSeparator" w:id="0">
    <w:p w14:paraId="6F3BC161" w14:textId="77777777" w:rsidR="00786158" w:rsidRDefault="00786158" w:rsidP="006C6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363964"/>
      <w:docPartObj>
        <w:docPartGallery w:val="Page Numbers (Bottom of Page)"/>
        <w:docPartUnique/>
      </w:docPartObj>
    </w:sdtPr>
    <w:sdtEndPr>
      <w:rPr>
        <w:noProof/>
      </w:rPr>
    </w:sdtEndPr>
    <w:sdtContent>
      <w:p w14:paraId="3097F321" w14:textId="29D3775E" w:rsidR="006C66B5" w:rsidRDefault="006C66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96BED3" w14:textId="7B389233" w:rsidR="006C66B5" w:rsidRDefault="006C66B5" w:rsidP="006C66B5">
    <w:pPr>
      <w:pStyle w:val="Footer"/>
    </w:pPr>
    <w:r w:rsidRPr="0089530E">
      <w:rPr>
        <w:rFonts w:ascii="Times New Roman" w:hAnsi="Times New Roman" w:cs="Times New Roman"/>
        <w:b/>
        <w:bCs/>
        <w:sz w:val="24"/>
        <w:szCs w:val="24"/>
      </w:rPr>
      <w:t xml:space="preserve">Mountwest Community &amp; Technical College </w:t>
    </w:r>
    <w:r>
      <w:rPr>
        <w:rFonts w:ascii="Times New Roman" w:hAnsi="Times New Roman" w:cs="Times New Roman"/>
        <w:b/>
        <w:bCs/>
        <w:sz w:val="24"/>
        <w:szCs w:val="24"/>
      </w:rPr>
      <w:t>Club Advisor Toolkit</w:t>
    </w:r>
    <w:r>
      <w:rPr>
        <w:rFonts w:ascii="Times New Roman" w:hAnsi="Times New Roman" w:cs="Times New Roman"/>
        <w:b/>
        <w:bCs/>
        <w:sz w:val="24"/>
        <w:szCs w:val="24"/>
      </w:rPr>
      <w:t xml:space="preserve">                   </w:t>
    </w:r>
  </w:p>
  <w:p w14:paraId="76D33057" w14:textId="3758B8BF" w:rsidR="006C66B5" w:rsidRDefault="006C6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2AD34" w14:textId="77777777" w:rsidR="00786158" w:rsidRDefault="00786158" w:rsidP="006C66B5">
      <w:pPr>
        <w:spacing w:after="0" w:line="240" w:lineRule="auto"/>
      </w:pPr>
      <w:r>
        <w:separator/>
      </w:r>
    </w:p>
  </w:footnote>
  <w:footnote w:type="continuationSeparator" w:id="0">
    <w:p w14:paraId="34EF27AA" w14:textId="77777777" w:rsidR="00786158" w:rsidRDefault="00786158" w:rsidP="006C66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841D7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E437"/>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252232"/>
    <w:multiLevelType w:val="multilevel"/>
    <w:tmpl w:val="FEE4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E56FA9"/>
    <w:multiLevelType w:val="multilevel"/>
    <w:tmpl w:val="D77C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547F53"/>
    <w:multiLevelType w:val="hybridMultilevel"/>
    <w:tmpl w:val="AA3C57E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E1161D"/>
    <w:multiLevelType w:val="multilevel"/>
    <w:tmpl w:val="F620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CA5A7F"/>
    <w:multiLevelType w:val="hybridMultilevel"/>
    <w:tmpl w:val="08924BEA"/>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CE692BE">
      <w:numFmt w:val="bullet"/>
      <w:lvlText w:val="-"/>
      <w:lvlJc w:val="left"/>
      <w:pPr>
        <w:ind w:left="2160" w:hanging="360"/>
      </w:pPr>
      <w:rPr>
        <w:rFonts w:ascii="Times New Roman" w:eastAsiaTheme="minorEastAsia"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A404A2"/>
    <w:multiLevelType w:val="multilevel"/>
    <w:tmpl w:val="EB768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E90BA9"/>
    <w:multiLevelType w:val="hybridMultilevel"/>
    <w:tmpl w:val="052491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8650677"/>
    <w:multiLevelType w:val="multilevel"/>
    <w:tmpl w:val="40F212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800CF9"/>
    <w:multiLevelType w:val="multilevel"/>
    <w:tmpl w:val="9E02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FE60FB"/>
    <w:multiLevelType w:val="multilevel"/>
    <w:tmpl w:val="6AFA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8C0A82"/>
    <w:multiLevelType w:val="hybridMultilevel"/>
    <w:tmpl w:val="62747E5A"/>
    <w:lvl w:ilvl="0" w:tplc="9D6EF1F0">
      <w:start w:val="1"/>
      <w:numFmt w:val="upperRoman"/>
      <w:lvlText w:val="%1."/>
      <w:lvlJc w:val="left"/>
      <w:pPr>
        <w:ind w:left="1080" w:hanging="720"/>
      </w:pPr>
      <w:rPr>
        <w:rFonts w:hint="default"/>
      </w:rPr>
    </w:lvl>
    <w:lvl w:ilvl="1" w:tplc="79484C92">
      <w:start w:val="1"/>
      <w:numFmt w:val="upperLetter"/>
      <w:lvlText w:val="%2."/>
      <w:lvlJc w:val="left"/>
      <w:pPr>
        <w:ind w:left="1440" w:hanging="360"/>
      </w:pPr>
      <w:rPr>
        <w:b/>
      </w:rPr>
    </w:lvl>
    <w:lvl w:ilvl="2" w:tplc="02AE45A0">
      <w:start w:val="1"/>
      <w:numFmt w:val="lowerRoman"/>
      <w:lvlText w:val="%3."/>
      <w:lvlJc w:val="right"/>
      <w:pPr>
        <w:ind w:left="2160" w:hanging="180"/>
      </w:pPr>
      <w:rPr>
        <w:b/>
      </w:rPr>
    </w:lvl>
    <w:lvl w:ilvl="3" w:tplc="B5365EE0">
      <w:start w:val="1"/>
      <w:numFmt w:val="decimal"/>
      <w:lvlText w:val="%4."/>
      <w:lvlJc w:val="left"/>
      <w:pPr>
        <w:ind w:left="2880" w:hanging="360"/>
      </w:pPr>
      <w:rPr>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E6714"/>
    <w:multiLevelType w:val="multilevel"/>
    <w:tmpl w:val="87008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ED66FC"/>
    <w:multiLevelType w:val="hybridMultilevel"/>
    <w:tmpl w:val="12664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9E52780"/>
    <w:multiLevelType w:val="multilevel"/>
    <w:tmpl w:val="1BDE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B7614D"/>
    <w:multiLevelType w:val="multilevel"/>
    <w:tmpl w:val="387E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B07ECD"/>
    <w:multiLevelType w:val="multilevel"/>
    <w:tmpl w:val="C9F8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D3198"/>
    <w:multiLevelType w:val="multilevel"/>
    <w:tmpl w:val="7FA8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B54287"/>
    <w:multiLevelType w:val="multilevel"/>
    <w:tmpl w:val="FE9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B08BF"/>
    <w:multiLevelType w:val="multilevel"/>
    <w:tmpl w:val="5AD6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1C665B"/>
    <w:multiLevelType w:val="multilevel"/>
    <w:tmpl w:val="DD66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2C2A76"/>
    <w:multiLevelType w:val="hybridMultilevel"/>
    <w:tmpl w:val="46F234D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B9C67D7"/>
    <w:multiLevelType w:val="multilevel"/>
    <w:tmpl w:val="CBA2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4672048">
    <w:abstractNumId w:val="8"/>
  </w:num>
  <w:num w:numId="2" w16cid:durableId="1463036587">
    <w:abstractNumId w:val="6"/>
  </w:num>
  <w:num w:numId="3" w16cid:durableId="691732803">
    <w:abstractNumId w:val="5"/>
  </w:num>
  <w:num w:numId="4" w16cid:durableId="1961719077">
    <w:abstractNumId w:val="4"/>
  </w:num>
  <w:num w:numId="5" w16cid:durableId="815298144">
    <w:abstractNumId w:val="7"/>
  </w:num>
  <w:num w:numId="6" w16cid:durableId="685134289">
    <w:abstractNumId w:val="3"/>
  </w:num>
  <w:num w:numId="7" w16cid:durableId="295254772">
    <w:abstractNumId w:val="2"/>
  </w:num>
  <w:num w:numId="8" w16cid:durableId="112480980">
    <w:abstractNumId w:val="1"/>
  </w:num>
  <w:num w:numId="9" w16cid:durableId="492138109">
    <w:abstractNumId w:val="0"/>
  </w:num>
  <w:num w:numId="10" w16cid:durableId="1990936983">
    <w:abstractNumId w:val="10"/>
  </w:num>
  <w:num w:numId="11" w16cid:durableId="1444230189">
    <w:abstractNumId w:val="15"/>
  </w:num>
  <w:num w:numId="12" w16cid:durableId="1415276045">
    <w:abstractNumId w:val="16"/>
  </w:num>
  <w:num w:numId="13" w16cid:durableId="265120563">
    <w:abstractNumId w:val="23"/>
  </w:num>
  <w:num w:numId="14" w16cid:durableId="1437677811">
    <w:abstractNumId w:val="19"/>
  </w:num>
  <w:num w:numId="15" w16cid:durableId="922565504">
    <w:abstractNumId w:val="18"/>
  </w:num>
  <w:num w:numId="16" w16cid:durableId="2144619980">
    <w:abstractNumId w:val="27"/>
  </w:num>
  <w:num w:numId="17" w16cid:durableId="1536234569">
    <w:abstractNumId w:val="28"/>
  </w:num>
  <w:num w:numId="18" w16cid:durableId="435636234">
    <w:abstractNumId w:val="25"/>
  </w:num>
  <w:num w:numId="19" w16cid:durableId="1563099862">
    <w:abstractNumId w:val="26"/>
  </w:num>
  <w:num w:numId="20" w16cid:durableId="1620061315">
    <w:abstractNumId w:val="30"/>
  </w:num>
  <w:num w:numId="21" w16cid:durableId="2133204566">
    <w:abstractNumId w:val="13"/>
  </w:num>
  <w:num w:numId="22" w16cid:durableId="47849246">
    <w:abstractNumId w:val="11"/>
  </w:num>
  <w:num w:numId="23" w16cid:durableId="846015552">
    <w:abstractNumId w:val="21"/>
  </w:num>
  <w:num w:numId="24" w16cid:durableId="1460610087">
    <w:abstractNumId w:val="17"/>
  </w:num>
  <w:num w:numId="25" w16cid:durableId="259797162">
    <w:abstractNumId w:val="24"/>
  </w:num>
  <w:num w:numId="26" w16cid:durableId="172767080">
    <w:abstractNumId w:val="9"/>
  </w:num>
  <w:num w:numId="27" w16cid:durableId="882904117">
    <w:abstractNumId w:val="22"/>
  </w:num>
  <w:num w:numId="28" w16cid:durableId="1391922905">
    <w:abstractNumId w:val="12"/>
  </w:num>
  <w:num w:numId="29" w16cid:durableId="31155623">
    <w:abstractNumId w:val="20"/>
  </w:num>
  <w:num w:numId="30" w16cid:durableId="1782337477">
    <w:abstractNumId w:val="14"/>
  </w:num>
  <w:num w:numId="31" w16cid:durableId="7496947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489"/>
    <w:rsid w:val="0029639D"/>
    <w:rsid w:val="002C1211"/>
    <w:rsid w:val="00326F90"/>
    <w:rsid w:val="004C6B56"/>
    <w:rsid w:val="005719F6"/>
    <w:rsid w:val="006C66B5"/>
    <w:rsid w:val="006C7E88"/>
    <w:rsid w:val="00786158"/>
    <w:rsid w:val="007B0BA5"/>
    <w:rsid w:val="007F7916"/>
    <w:rsid w:val="008C44D5"/>
    <w:rsid w:val="008E110D"/>
    <w:rsid w:val="00963B74"/>
    <w:rsid w:val="009A684C"/>
    <w:rsid w:val="00AA1D8D"/>
    <w:rsid w:val="00AA5A45"/>
    <w:rsid w:val="00AB6221"/>
    <w:rsid w:val="00B47730"/>
    <w:rsid w:val="00B907E6"/>
    <w:rsid w:val="00BD2194"/>
    <w:rsid w:val="00BF0F5A"/>
    <w:rsid w:val="00CB0664"/>
    <w:rsid w:val="00CE1881"/>
    <w:rsid w:val="00D0591D"/>
    <w:rsid w:val="00EA68FC"/>
    <w:rsid w:val="00F655A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D8498"/>
  <w14:defaultImageDpi w14:val="300"/>
  <w15:docId w15:val="{2525B1E3-3DC9-4A2B-BB28-1956D8A1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A5A45"/>
    <w:rPr>
      <w:color w:val="0000FF" w:themeColor="hyperlink"/>
      <w:u w:val="single"/>
    </w:rPr>
  </w:style>
  <w:style w:type="character" w:styleId="UnresolvedMention">
    <w:name w:val="Unresolved Mention"/>
    <w:basedOn w:val="DefaultParagraphFont"/>
    <w:uiPriority w:val="99"/>
    <w:semiHidden/>
    <w:unhideWhenUsed/>
    <w:rsid w:val="00AA5A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Sorrellsr@mctc.edu"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18</Pages>
  <Words>3992</Words>
  <Characters>22755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Jackson Sorrells</cp:lastModifiedBy>
  <cp:revision>5</cp:revision>
  <dcterms:created xsi:type="dcterms:W3CDTF">2013-12-23T23:15:00Z</dcterms:created>
  <dcterms:modified xsi:type="dcterms:W3CDTF">2026-07-22T19:09:00Z</dcterms:modified>
  <cp:category/>
</cp:coreProperties>
</file>